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B21E6" w14:textId="77777777" w:rsidR="00D618FC" w:rsidRDefault="00D618FC">
      <w:pPr>
        <w:jc w:val="center"/>
        <w:rPr>
          <w:b/>
          <w:sz w:val="26"/>
        </w:rPr>
      </w:pPr>
      <w:r w:rsidRPr="00D618FC">
        <w:rPr>
          <w:b/>
          <w:noProof/>
          <w:sz w:val="30"/>
        </w:rPr>
        <w:drawing>
          <wp:inline distT="0" distB="0" distL="0" distR="0" wp14:anchorId="25B7161D" wp14:editId="3032F420">
            <wp:extent cx="2292252" cy="1097280"/>
            <wp:effectExtent l="0" t="0" r="0" b="7620"/>
            <wp:docPr id="5333805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3846" cy="1112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0A0F9" w14:textId="314481FA" w:rsidR="00A16864" w:rsidRDefault="0002075D">
      <w:pPr>
        <w:jc w:val="center"/>
      </w:pPr>
      <w:r>
        <w:rPr>
          <w:b/>
          <w:sz w:val="26"/>
        </w:rPr>
        <w:t>HIPAA PRIVACY ACKNOWLEDGMENT &amp; COMMUNICATION PREFERENCES</w:t>
      </w:r>
    </w:p>
    <w:p w14:paraId="022C2AFB" w14:textId="77777777" w:rsidR="00A16864" w:rsidRPr="00DB70EA" w:rsidRDefault="0002075D">
      <w:pPr>
        <w:jc w:val="center"/>
        <w:rPr>
          <w:i/>
          <w:sz w:val="24"/>
          <w:szCs w:val="24"/>
        </w:rPr>
      </w:pPr>
      <w:r w:rsidRPr="00DB70EA">
        <w:rPr>
          <w:i/>
          <w:sz w:val="24"/>
          <w:szCs w:val="24"/>
        </w:rPr>
        <w:t>Notice of Privacy Practices acknowledgment</w:t>
      </w:r>
    </w:p>
    <w:p w14:paraId="27527C52" w14:textId="77777777" w:rsidR="00D618FC" w:rsidRDefault="00D618FC">
      <w:pPr>
        <w:jc w:val="center"/>
      </w:pPr>
    </w:p>
    <w:p w14:paraId="737998D7" w14:textId="43332194" w:rsidR="00A16864" w:rsidRDefault="0002075D">
      <w:r>
        <w:t xml:space="preserve">Patient Name: ______________________________________________   </w:t>
      </w:r>
      <w:r w:rsidR="00DB70EA">
        <w:t xml:space="preserve">            </w:t>
      </w:r>
      <w:r>
        <w:t>Date of Birth: __________________</w:t>
      </w:r>
    </w:p>
    <w:p w14:paraId="1AE95467" w14:textId="77777777" w:rsidR="00A16864" w:rsidRDefault="0002075D">
      <w:pPr>
        <w:spacing w:before="100" w:after="40"/>
      </w:pPr>
      <w:r>
        <w:rPr>
          <w:b/>
          <w:sz w:val="21"/>
        </w:rPr>
        <w:t>ACKNOWLEDGMENT</w:t>
      </w:r>
    </w:p>
    <w:p w14:paraId="0457AF97" w14:textId="77777777" w:rsidR="00A16864" w:rsidRDefault="0002075D">
      <w:r>
        <w:t>I acknowledge that I have been offered or provided a copy of this practice's Notice of Privacy Practices. I understand that the Notice describes how protected health information may be used and disclosed and how I may access my health information. I understand that the practice may revise its Notice as permitted by law and that the current Notice is available upon request.</w:t>
      </w:r>
    </w:p>
    <w:p w14:paraId="32F7E1DD" w14:textId="77777777" w:rsidR="00A16864" w:rsidRDefault="0002075D">
      <w:pPr>
        <w:spacing w:before="100" w:after="40"/>
      </w:pPr>
      <w:r>
        <w:rPr>
          <w:b/>
          <w:sz w:val="21"/>
        </w:rPr>
        <w:t>COMMUNICATION PREFERENCES</w:t>
      </w:r>
    </w:p>
    <w:p w14:paraId="6AA0A2FD" w14:textId="28B0A0EE" w:rsidR="00A16864" w:rsidRDefault="0002075D">
      <w:r>
        <w:t xml:space="preserve">☐ Home phone   </w:t>
      </w:r>
      <w:r w:rsidR="00F81B14">
        <w:t xml:space="preserve">     </w:t>
      </w:r>
      <w:r>
        <w:t xml:space="preserve">☐ Mobile phone   </w:t>
      </w:r>
      <w:r w:rsidR="00F81B14">
        <w:t xml:space="preserve">     </w:t>
      </w:r>
      <w:r>
        <w:t xml:space="preserve">☐ Work phone  </w:t>
      </w:r>
      <w:r w:rsidR="00F81B14">
        <w:t xml:space="preserve">     </w:t>
      </w:r>
      <w:r>
        <w:t xml:space="preserve"> ☐ Text message   </w:t>
      </w:r>
      <w:r w:rsidR="00F81B14">
        <w:t xml:space="preserve">     </w:t>
      </w:r>
      <w:r>
        <w:t xml:space="preserve">☐ Email  </w:t>
      </w:r>
      <w:r w:rsidR="00F81B14">
        <w:t xml:space="preserve">     </w:t>
      </w:r>
      <w:r>
        <w:t xml:space="preserve"> ☐ Patient portal</w:t>
      </w:r>
    </w:p>
    <w:p w14:paraId="2F99BD98" w14:textId="77777777" w:rsidR="00A16864" w:rsidRDefault="0002075D">
      <w:r>
        <w:t>Preferred phone: ______________________________   Email: __________________________________________</w:t>
      </w:r>
    </w:p>
    <w:p w14:paraId="380B4976" w14:textId="77777777" w:rsidR="00A16864" w:rsidRDefault="0002075D">
      <w:r>
        <w:t>The practice may leave appointment or callback information using the methods I authorize above. I understand that ordinary email and text messaging may have privacy risks unless a secure system is used.</w:t>
      </w:r>
    </w:p>
    <w:p w14:paraId="240DF428" w14:textId="77777777" w:rsidR="00A16864" w:rsidRDefault="0002075D">
      <w:pPr>
        <w:spacing w:before="100" w:after="40"/>
      </w:pPr>
      <w:r>
        <w:rPr>
          <w:b/>
          <w:sz w:val="21"/>
        </w:rPr>
        <w:t>PERSONS AUTHORIZED FOR ROUTINE COMMUNICATION</w:t>
      </w:r>
    </w:p>
    <w:p w14:paraId="465C7687" w14:textId="77777777" w:rsidR="00A16864" w:rsidRDefault="0002075D">
      <w:r>
        <w:t>I authorize the practice to discuss routine scheduling, billing, and/or medical information with: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A16864" w14:paraId="6C3271A3" w14:textId="77777777">
        <w:trPr>
          <w:jc w:val="center"/>
        </w:trPr>
        <w:tc>
          <w:tcPr>
            <w:tcW w:w="5184" w:type="dxa"/>
          </w:tcPr>
          <w:p w14:paraId="72DCFDCD" w14:textId="459DFFFD" w:rsidR="00D618FC" w:rsidRPr="004A082E" w:rsidRDefault="0002075D" w:rsidP="004A082E">
            <w:pPr>
              <w:ind w:left="-108"/>
              <w:rPr>
                <w:b/>
                <w:bCs/>
              </w:rPr>
            </w:pPr>
            <w:r w:rsidRPr="004A082E">
              <w:rPr>
                <w:b/>
                <w:bCs/>
              </w:rPr>
              <w:t>Name / Relationship</w:t>
            </w:r>
            <w:r w:rsidR="004A082E" w:rsidRPr="004A082E">
              <w:rPr>
                <w:b/>
                <w:bCs/>
              </w:rPr>
              <w:t>:</w:t>
            </w:r>
          </w:p>
          <w:p w14:paraId="643BE445" w14:textId="2301A32D" w:rsidR="00A16864" w:rsidRDefault="0002075D" w:rsidP="004A082E">
            <w:pPr>
              <w:ind w:left="-108"/>
            </w:pPr>
            <w:r>
              <w:t>__________________________________</w:t>
            </w:r>
          </w:p>
        </w:tc>
        <w:tc>
          <w:tcPr>
            <w:tcW w:w="5184" w:type="dxa"/>
          </w:tcPr>
          <w:p w14:paraId="250F5C64" w14:textId="16131775" w:rsidR="00D618FC" w:rsidRPr="004A082E" w:rsidRDefault="0002075D" w:rsidP="004A082E">
            <w:pPr>
              <w:ind w:left="-108"/>
              <w:rPr>
                <w:b/>
                <w:bCs/>
              </w:rPr>
            </w:pPr>
            <w:r w:rsidRPr="004A082E">
              <w:rPr>
                <w:b/>
                <w:bCs/>
              </w:rPr>
              <w:t>Phone</w:t>
            </w:r>
            <w:r w:rsidR="004A082E" w:rsidRPr="004A082E">
              <w:rPr>
                <w:b/>
                <w:bCs/>
              </w:rPr>
              <w:t>:</w:t>
            </w:r>
          </w:p>
          <w:p w14:paraId="68B112FD" w14:textId="595839EC" w:rsidR="00A16864" w:rsidRDefault="0002075D" w:rsidP="004A082E">
            <w:pPr>
              <w:ind w:left="-108"/>
            </w:pPr>
            <w:r>
              <w:t>__________________________________</w:t>
            </w:r>
          </w:p>
        </w:tc>
      </w:tr>
      <w:tr w:rsidR="00A16864" w14:paraId="00F3B15A" w14:textId="77777777">
        <w:trPr>
          <w:jc w:val="center"/>
        </w:trPr>
        <w:tc>
          <w:tcPr>
            <w:tcW w:w="5184" w:type="dxa"/>
          </w:tcPr>
          <w:p w14:paraId="77CDBFA9" w14:textId="59726ED7" w:rsidR="00D618FC" w:rsidRPr="004A082E" w:rsidRDefault="0002075D" w:rsidP="004A082E">
            <w:pPr>
              <w:ind w:left="-108"/>
              <w:rPr>
                <w:b/>
                <w:bCs/>
              </w:rPr>
            </w:pPr>
            <w:r w:rsidRPr="004A082E">
              <w:rPr>
                <w:b/>
                <w:bCs/>
              </w:rPr>
              <w:t>Name / Relationship</w:t>
            </w:r>
            <w:r w:rsidR="004A082E" w:rsidRPr="004A082E">
              <w:rPr>
                <w:b/>
                <w:bCs/>
              </w:rPr>
              <w:t>:</w:t>
            </w:r>
          </w:p>
          <w:p w14:paraId="663E7279" w14:textId="2B3EA823" w:rsidR="00A16864" w:rsidRDefault="0002075D" w:rsidP="004A082E">
            <w:pPr>
              <w:ind w:left="-108"/>
            </w:pPr>
            <w:r>
              <w:t>__________________________________</w:t>
            </w:r>
          </w:p>
        </w:tc>
        <w:tc>
          <w:tcPr>
            <w:tcW w:w="5184" w:type="dxa"/>
          </w:tcPr>
          <w:p w14:paraId="2CF7CAD9" w14:textId="7577A5D0" w:rsidR="00D618FC" w:rsidRPr="004A082E" w:rsidRDefault="0002075D" w:rsidP="004A082E">
            <w:pPr>
              <w:ind w:left="-108"/>
              <w:rPr>
                <w:b/>
                <w:bCs/>
              </w:rPr>
            </w:pPr>
            <w:r w:rsidRPr="004A082E">
              <w:rPr>
                <w:b/>
                <w:bCs/>
              </w:rPr>
              <w:t>Phone</w:t>
            </w:r>
            <w:r w:rsidR="004A082E" w:rsidRPr="004A082E">
              <w:rPr>
                <w:b/>
                <w:bCs/>
              </w:rPr>
              <w:t>:</w:t>
            </w:r>
          </w:p>
          <w:p w14:paraId="04BA7A55" w14:textId="392DB13D" w:rsidR="00A16864" w:rsidRDefault="0002075D" w:rsidP="004A082E">
            <w:pPr>
              <w:ind w:left="-108"/>
            </w:pPr>
            <w:r>
              <w:t>__________________________________</w:t>
            </w:r>
          </w:p>
        </w:tc>
      </w:tr>
    </w:tbl>
    <w:p w14:paraId="1FE76C17" w14:textId="77777777" w:rsidR="00A16864" w:rsidRDefault="0002075D">
      <w:r>
        <w:t>☐ I do not authorize routine disclosure to anyone other than me, except as otherwise permitted or required by law.</w:t>
      </w:r>
    </w:p>
    <w:p w14:paraId="3DD36E61" w14:textId="77777777" w:rsidR="005808BD" w:rsidRDefault="005808BD">
      <w:pPr>
        <w:spacing w:before="100" w:after="40"/>
        <w:rPr>
          <w:b/>
          <w:sz w:val="21"/>
        </w:rPr>
      </w:pPr>
    </w:p>
    <w:p w14:paraId="0C2A7026" w14:textId="0303A4BC" w:rsidR="00A16864" w:rsidRDefault="0002075D">
      <w:pPr>
        <w:spacing w:before="100" w:after="40"/>
        <w:rPr>
          <w:b/>
          <w:sz w:val="21"/>
        </w:rPr>
      </w:pPr>
      <w:r>
        <w:rPr>
          <w:b/>
          <w:sz w:val="21"/>
        </w:rPr>
        <w:t>SIGNATURE</w:t>
      </w:r>
    </w:p>
    <w:p w14:paraId="61AA9A71" w14:textId="77777777" w:rsidR="00D618FC" w:rsidRDefault="00D618FC">
      <w:pPr>
        <w:spacing w:before="100"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A16864" w14:paraId="6326E1AB" w14:textId="77777777">
        <w:trPr>
          <w:jc w:val="center"/>
        </w:trPr>
        <w:tc>
          <w:tcPr>
            <w:tcW w:w="5184" w:type="dxa"/>
          </w:tcPr>
          <w:p w14:paraId="6D8A4030" w14:textId="506DFB52" w:rsidR="00DB70EA" w:rsidRDefault="0002075D" w:rsidP="00DB70EA">
            <w:pPr>
              <w:ind w:left="-108"/>
              <w:rPr>
                <w:b/>
                <w:bCs/>
              </w:rPr>
            </w:pPr>
            <w:r w:rsidRPr="00DB70EA">
              <w:rPr>
                <w:b/>
                <w:bCs/>
              </w:rPr>
              <w:t>Patient/Authorized Representative Signature</w:t>
            </w:r>
            <w:r w:rsidR="00DB70EA">
              <w:rPr>
                <w:b/>
                <w:bCs/>
              </w:rPr>
              <w:t>:</w:t>
            </w:r>
          </w:p>
          <w:p w14:paraId="531D0CDA" w14:textId="0F056BB1" w:rsidR="00A16864" w:rsidRDefault="0002075D" w:rsidP="00DB70EA">
            <w:pPr>
              <w:ind w:left="-108"/>
            </w:pPr>
            <w:r>
              <w:t>__________________________________</w:t>
            </w:r>
            <w:r w:rsidR="00DB70EA">
              <w:t>__</w:t>
            </w:r>
          </w:p>
        </w:tc>
        <w:tc>
          <w:tcPr>
            <w:tcW w:w="5184" w:type="dxa"/>
          </w:tcPr>
          <w:p w14:paraId="0D18F61F" w14:textId="3A94B6AE" w:rsidR="00D618FC" w:rsidRDefault="0002075D" w:rsidP="00DB70EA">
            <w:pPr>
              <w:ind w:left="-108"/>
              <w:rPr>
                <w:b/>
                <w:bCs/>
              </w:rPr>
            </w:pPr>
            <w:r w:rsidRPr="00DB70EA">
              <w:rPr>
                <w:b/>
                <w:bCs/>
              </w:rPr>
              <w:t>Date</w:t>
            </w:r>
            <w:r w:rsidR="00DB70EA">
              <w:rPr>
                <w:b/>
                <w:bCs/>
              </w:rPr>
              <w:t>:</w:t>
            </w:r>
          </w:p>
          <w:p w14:paraId="1C82DB61" w14:textId="11A6C0EE" w:rsidR="00A16864" w:rsidRDefault="0002075D" w:rsidP="00DB70EA">
            <w:pPr>
              <w:ind w:left="-108"/>
            </w:pPr>
            <w:r>
              <w:t>__________________________________</w:t>
            </w:r>
          </w:p>
        </w:tc>
      </w:tr>
      <w:tr w:rsidR="00A16864" w14:paraId="5742F995" w14:textId="77777777">
        <w:trPr>
          <w:jc w:val="center"/>
        </w:trPr>
        <w:tc>
          <w:tcPr>
            <w:tcW w:w="5184" w:type="dxa"/>
          </w:tcPr>
          <w:p w14:paraId="2488E95C" w14:textId="264F4D63" w:rsidR="00D618FC" w:rsidRPr="00DB70EA" w:rsidRDefault="0002075D" w:rsidP="00DB70EA">
            <w:pPr>
              <w:ind w:left="-108"/>
              <w:rPr>
                <w:b/>
                <w:bCs/>
              </w:rPr>
            </w:pPr>
            <w:r w:rsidRPr="00DB70EA">
              <w:rPr>
                <w:b/>
                <w:bCs/>
              </w:rPr>
              <w:t>Printed Name</w:t>
            </w:r>
            <w:r w:rsidR="00DB70EA">
              <w:rPr>
                <w:b/>
                <w:bCs/>
              </w:rPr>
              <w:t>:</w:t>
            </w:r>
          </w:p>
          <w:p w14:paraId="65AC3742" w14:textId="4A9F1683" w:rsidR="00A16864" w:rsidRDefault="0002075D" w:rsidP="00DB70EA">
            <w:pPr>
              <w:ind w:left="-108"/>
            </w:pPr>
            <w:r>
              <w:t>__________________________________</w:t>
            </w:r>
            <w:r w:rsidR="00DB70EA">
              <w:t>__</w:t>
            </w:r>
          </w:p>
        </w:tc>
        <w:tc>
          <w:tcPr>
            <w:tcW w:w="5184" w:type="dxa"/>
          </w:tcPr>
          <w:p w14:paraId="378DB085" w14:textId="7630FD2F" w:rsidR="00DB70EA" w:rsidRPr="00DB70EA" w:rsidRDefault="0002075D" w:rsidP="00DB70EA">
            <w:pPr>
              <w:ind w:left="-108"/>
              <w:rPr>
                <w:b/>
                <w:bCs/>
              </w:rPr>
            </w:pPr>
            <w:r w:rsidRPr="00DB70EA">
              <w:rPr>
                <w:b/>
                <w:bCs/>
              </w:rPr>
              <w:t>Relationship to Patien</w:t>
            </w:r>
            <w:r w:rsidR="00D618FC" w:rsidRPr="00DB70EA">
              <w:rPr>
                <w:b/>
                <w:bCs/>
              </w:rPr>
              <w:t>t</w:t>
            </w:r>
            <w:r w:rsidR="00DB70EA">
              <w:rPr>
                <w:b/>
                <w:bCs/>
              </w:rPr>
              <w:t>:</w:t>
            </w:r>
          </w:p>
          <w:p w14:paraId="1DFB55F1" w14:textId="77777777" w:rsidR="00A16864" w:rsidRDefault="0002075D" w:rsidP="00DB70EA">
            <w:pPr>
              <w:ind w:left="-108"/>
            </w:pPr>
            <w:r>
              <w:t>__________________________________</w:t>
            </w:r>
          </w:p>
          <w:p w14:paraId="1AD0CC86" w14:textId="542F6DD0" w:rsidR="00DB70EA" w:rsidRDefault="00DB70EA" w:rsidP="00DB70EA">
            <w:pPr>
              <w:ind w:left="-108"/>
            </w:pPr>
          </w:p>
        </w:tc>
      </w:tr>
    </w:tbl>
    <w:p w14:paraId="3F6DBF37" w14:textId="77777777" w:rsidR="00A16864" w:rsidRDefault="0002075D">
      <w:r>
        <w:t>Office Use Only: ☐ Patient declined to sign acknowledgment   ☐ Notice provided/available   Staff initials: ________</w:t>
      </w:r>
    </w:p>
    <w:sectPr w:rsidR="00A16864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3E1C9" w14:textId="77777777" w:rsidR="00D619D0" w:rsidRDefault="00D619D0">
      <w:pPr>
        <w:spacing w:after="0" w:line="240" w:lineRule="auto"/>
      </w:pPr>
      <w:r>
        <w:separator/>
      </w:r>
    </w:p>
  </w:endnote>
  <w:endnote w:type="continuationSeparator" w:id="0">
    <w:p w14:paraId="6D04F87C" w14:textId="77777777" w:rsidR="00D619D0" w:rsidRDefault="00D61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9F7CB" w14:textId="77777777" w:rsidR="00A16864" w:rsidRDefault="0002075D">
    <w:pPr>
      <w:pStyle w:val="Footer"/>
      <w:jc w:val="center"/>
    </w:pPr>
    <w:r>
      <w:rPr>
        <w:i/>
        <w:sz w:val="16"/>
      </w:rPr>
      <w:t>Created by Alta Practice Partners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91376" w14:textId="77777777" w:rsidR="00D619D0" w:rsidRDefault="00D619D0">
      <w:pPr>
        <w:spacing w:after="0" w:line="240" w:lineRule="auto"/>
      </w:pPr>
      <w:r>
        <w:separator/>
      </w:r>
    </w:p>
  </w:footnote>
  <w:footnote w:type="continuationSeparator" w:id="0">
    <w:p w14:paraId="3EB7F161" w14:textId="77777777" w:rsidR="00D619D0" w:rsidRDefault="00D619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09003822">
    <w:abstractNumId w:val="8"/>
  </w:num>
  <w:num w:numId="2" w16cid:durableId="2003047808">
    <w:abstractNumId w:val="6"/>
  </w:num>
  <w:num w:numId="3" w16cid:durableId="1575043055">
    <w:abstractNumId w:val="5"/>
  </w:num>
  <w:num w:numId="4" w16cid:durableId="1447041661">
    <w:abstractNumId w:val="4"/>
  </w:num>
  <w:num w:numId="5" w16cid:durableId="1205555621">
    <w:abstractNumId w:val="7"/>
  </w:num>
  <w:num w:numId="6" w16cid:durableId="267006951">
    <w:abstractNumId w:val="3"/>
  </w:num>
  <w:num w:numId="7" w16cid:durableId="2144224125">
    <w:abstractNumId w:val="2"/>
  </w:num>
  <w:num w:numId="8" w16cid:durableId="1642808031">
    <w:abstractNumId w:val="1"/>
  </w:num>
  <w:num w:numId="9" w16cid:durableId="1931502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75D"/>
    <w:rsid w:val="00034616"/>
    <w:rsid w:val="0006063C"/>
    <w:rsid w:val="0015074B"/>
    <w:rsid w:val="0029639D"/>
    <w:rsid w:val="00326F90"/>
    <w:rsid w:val="004A082E"/>
    <w:rsid w:val="005808BD"/>
    <w:rsid w:val="009A61C5"/>
    <w:rsid w:val="00A16864"/>
    <w:rsid w:val="00AA1D8D"/>
    <w:rsid w:val="00B47730"/>
    <w:rsid w:val="00CB0664"/>
    <w:rsid w:val="00D618FC"/>
    <w:rsid w:val="00D619D0"/>
    <w:rsid w:val="00DB70EA"/>
    <w:rsid w:val="00F81B14"/>
    <w:rsid w:val="00F863C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7773E8"/>
  <w14:defaultImageDpi w14:val="300"/>
  <w15:docId w15:val="{5BE9365A-E45B-44FD-841F-CC64EC430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Bryan Williamson</cp:lastModifiedBy>
  <cp:revision>6</cp:revision>
  <dcterms:created xsi:type="dcterms:W3CDTF">2026-09-21T16:17:00Z</dcterms:created>
  <dcterms:modified xsi:type="dcterms:W3CDTF">2026-09-21T16:32:00Z</dcterms:modified>
  <cp:category/>
</cp:coreProperties>
</file>