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A7D1" w14:textId="77777777" w:rsidR="00116CAB" w:rsidRDefault="00116CAB">
      <w:pPr>
        <w:jc w:val="center"/>
        <w:rPr>
          <w:b/>
          <w:sz w:val="26"/>
        </w:rPr>
      </w:pPr>
      <w:r w:rsidRPr="00116CAB">
        <w:rPr>
          <w:b/>
          <w:noProof/>
          <w:sz w:val="30"/>
        </w:rPr>
        <w:drawing>
          <wp:inline distT="0" distB="0" distL="0" distR="0" wp14:anchorId="0966D185" wp14:editId="7B61B925">
            <wp:extent cx="2681930" cy="1303020"/>
            <wp:effectExtent l="0" t="0" r="4445" b="0"/>
            <wp:docPr id="2036615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989" cy="1328313"/>
                    </a:xfrm>
                    <a:prstGeom prst="rect">
                      <a:avLst/>
                    </a:prstGeom>
                    <a:noFill/>
                    <a:ln>
                      <a:noFill/>
                    </a:ln>
                  </pic:spPr>
                </pic:pic>
              </a:graphicData>
            </a:graphic>
          </wp:inline>
        </w:drawing>
      </w:r>
    </w:p>
    <w:p w14:paraId="086D60D5" w14:textId="30CA3244" w:rsidR="00C40A47" w:rsidRDefault="00495CEE">
      <w:pPr>
        <w:jc w:val="center"/>
        <w:rPr>
          <w:b/>
          <w:sz w:val="26"/>
        </w:rPr>
      </w:pPr>
      <w:r>
        <w:rPr>
          <w:b/>
          <w:sz w:val="26"/>
        </w:rPr>
        <w:t>CONSENT TO TREAT / GENERAL INFORMED CONSENT</w:t>
      </w:r>
    </w:p>
    <w:p w14:paraId="2CDB2556" w14:textId="77777777" w:rsidR="00116CAB" w:rsidRDefault="00116CAB"/>
    <w:p w14:paraId="67288572" w14:textId="3BF0616A" w:rsidR="00C40A47" w:rsidRDefault="00495CEE">
      <w:r>
        <w:t xml:space="preserve">Patient Name: ______________________________________________   </w:t>
      </w:r>
      <w:r w:rsidR="00116CAB">
        <w:tab/>
      </w:r>
      <w:r w:rsidR="00116CAB">
        <w:tab/>
      </w:r>
      <w:r>
        <w:t>Date of Birth: __________________</w:t>
      </w:r>
    </w:p>
    <w:p w14:paraId="18945DDA" w14:textId="77777777" w:rsidR="00C40A47" w:rsidRDefault="00495CEE">
      <w:pPr>
        <w:spacing w:before="100" w:after="40"/>
      </w:pPr>
      <w:r>
        <w:rPr>
          <w:b/>
          <w:sz w:val="21"/>
        </w:rPr>
        <w:t>CONSENT FOR CARE</w:t>
      </w:r>
    </w:p>
    <w:p w14:paraId="0EE13C34" w14:textId="77777777" w:rsidR="00C40A47" w:rsidRDefault="00495CEE">
      <w:r>
        <w:t>I voluntarily consent to evaluation and treatment by the physicians, advanced practice clinicians, nurses, medical assistants, and other authorized personnel of the practice. This may include history and physical examination, medication management, laboratory testing, imaging orders, referrals, and other routine diagnostic or therapeutic services appropriate to my condition.</w:t>
      </w:r>
    </w:p>
    <w:p w14:paraId="71CF5FB8" w14:textId="77777777" w:rsidR="00C40A47" w:rsidRDefault="00495CEE">
      <w:pPr>
        <w:spacing w:before="100" w:after="40"/>
      </w:pPr>
      <w:r>
        <w:rPr>
          <w:b/>
          <w:sz w:val="21"/>
        </w:rPr>
        <w:t>GASTROENTEROLOGY CARE</w:t>
      </w:r>
    </w:p>
    <w:p w14:paraId="3B9804F7" w14:textId="5DE22676" w:rsidR="00C40A47" w:rsidRDefault="00495CEE">
      <w:r>
        <w:t xml:space="preserve">I understand that </w:t>
      </w:r>
      <w:r w:rsidR="00116CAB">
        <w:t xml:space="preserve">a </w:t>
      </w:r>
      <w:r>
        <w:t>gastroenterology evaluation may lead to recommendations for procedures such as upper endoscopy (EGD), colonoscopy, capsule endoscopy, motility testing, or other procedures. A separate procedure-specific informed consent will be obtained when appropriate, including discussion of material risks, benefits, alternatives, and the option to decline.</w:t>
      </w:r>
    </w:p>
    <w:p w14:paraId="52033997" w14:textId="77777777" w:rsidR="00C40A47" w:rsidRDefault="00495CEE">
      <w:pPr>
        <w:spacing w:before="100" w:after="40"/>
      </w:pPr>
      <w:r>
        <w:rPr>
          <w:b/>
          <w:sz w:val="21"/>
        </w:rPr>
        <w:t>MEDICATIONS, TESTS, AND RECORDS</w:t>
      </w:r>
    </w:p>
    <w:p w14:paraId="60C54918" w14:textId="77777777" w:rsidR="00C40A47" w:rsidRDefault="00495CEE">
      <w:r>
        <w:t>I authorize the practice to obtain and review information reasonably necessary for my care, including medication history, laboratory and imaging results, prior GI records, and information from referring clinicians. I understand that no result or outcome can be guaranteed.</w:t>
      </w:r>
    </w:p>
    <w:p w14:paraId="0B92057F" w14:textId="77777777" w:rsidR="00C40A47" w:rsidRDefault="00495CEE">
      <w:pPr>
        <w:spacing w:before="100" w:after="40"/>
      </w:pPr>
      <w:r>
        <w:rPr>
          <w:b/>
          <w:sz w:val="21"/>
        </w:rPr>
        <w:t>TELEHEALTH</w:t>
      </w:r>
    </w:p>
    <w:p w14:paraId="7BE9A290" w14:textId="77777777" w:rsidR="00C40A47" w:rsidRDefault="00495CEE">
      <w:r>
        <w:t>When telehealth is offered, I understand that it uses electronic communications and has limitations compared with an in-person examination. I may ask questions and may decline telehealth when an in-person visit is clinically appropriate and available.</w:t>
      </w:r>
    </w:p>
    <w:p w14:paraId="4D0E6ED0" w14:textId="77777777" w:rsidR="00C40A47" w:rsidRDefault="00495CEE">
      <w:pPr>
        <w:spacing w:before="100" w:after="40"/>
      </w:pPr>
      <w:r>
        <w:rPr>
          <w:b/>
          <w:sz w:val="21"/>
        </w:rPr>
        <w:t>PATIENT RESPONSIBILITIES</w:t>
      </w:r>
    </w:p>
    <w:p w14:paraId="3DBE0F2F" w14:textId="77777777" w:rsidR="00C40A47" w:rsidRDefault="00495CEE">
      <w:r>
        <w:t>I agree to provide accurate health information, medication and allergy information, follow reasonable care instructions, ask questions when information is unclear, and notify the practice of significant changes in my condition.</w:t>
      </w:r>
    </w:p>
    <w:p w14:paraId="3F594DF3" w14:textId="77777777" w:rsidR="00C40A47" w:rsidRDefault="00495CEE">
      <w:r>
        <w:t>I understand that this general consent remains effective until revoked in writing, except to the extent action has already been taken in reliance on it or as otherwise permitted by law.</w:t>
      </w:r>
    </w:p>
    <w:p w14:paraId="60102EE1" w14:textId="77777777" w:rsidR="00C40A47" w:rsidRDefault="00495CEE">
      <w:pPr>
        <w:spacing w:before="100" w:after="40"/>
      </w:pPr>
      <w:r>
        <w:rPr>
          <w:b/>
          <w:sz w:val="21"/>
        </w:rPr>
        <w:t>SIGNATURE</w:t>
      </w:r>
    </w:p>
    <w:tbl>
      <w:tblPr>
        <w:tblW w:w="0" w:type="auto"/>
        <w:jc w:val="center"/>
        <w:tblLayout w:type="fixed"/>
        <w:tblLook w:val="04A0" w:firstRow="1" w:lastRow="0" w:firstColumn="1" w:lastColumn="0" w:noHBand="0" w:noVBand="1"/>
      </w:tblPr>
      <w:tblGrid>
        <w:gridCol w:w="5184"/>
        <w:gridCol w:w="5184"/>
      </w:tblGrid>
      <w:tr w:rsidR="00C40A47" w14:paraId="3B5456A9" w14:textId="77777777">
        <w:trPr>
          <w:jc w:val="center"/>
        </w:trPr>
        <w:tc>
          <w:tcPr>
            <w:tcW w:w="5184" w:type="dxa"/>
          </w:tcPr>
          <w:p w14:paraId="06BF1064" w14:textId="38DD1D67" w:rsidR="00116CAB" w:rsidRPr="00116CAB" w:rsidRDefault="00495CEE" w:rsidP="00116CAB">
            <w:pPr>
              <w:ind w:left="-108"/>
              <w:rPr>
                <w:b/>
                <w:bCs/>
              </w:rPr>
            </w:pPr>
            <w:r w:rsidRPr="00116CAB">
              <w:rPr>
                <w:b/>
                <w:bCs/>
              </w:rPr>
              <w:t>Patient/Authorized Representative Signature</w:t>
            </w:r>
            <w:r w:rsidR="00116CAB">
              <w:rPr>
                <w:b/>
                <w:bCs/>
              </w:rPr>
              <w:t>:</w:t>
            </w:r>
          </w:p>
          <w:p w14:paraId="67E35224" w14:textId="2A87F1D1" w:rsidR="00C40A47" w:rsidRDefault="00495CEE" w:rsidP="00116CAB">
            <w:pPr>
              <w:ind w:left="-108"/>
            </w:pPr>
            <w:r>
              <w:br/>
              <w:t>__________________________________</w:t>
            </w:r>
            <w:r w:rsidR="00116CAB">
              <w:t>____</w:t>
            </w:r>
          </w:p>
        </w:tc>
        <w:tc>
          <w:tcPr>
            <w:tcW w:w="5184" w:type="dxa"/>
          </w:tcPr>
          <w:p w14:paraId="5C3885CC" w14:textId="15BDDC60" w:rsidR="00116CAB" w:rsidRPr="00116CAB" w:rsidRDefault="00495CEE" w:rsidP="00116CAB">
            <w:pPr>
              <w:ind w:left="-108"/>
              <w:rPr>
                <w:b/>
                <w:bCs/>
              </w:rPr>
            </w:pPr>
            <w:r w:rsidRPr="00116CAB">
              <w:rPr>
                <w:b/>
                <w:bCs/>
              </w:rPr>
              <w:t>Date</w:t>
            </w:r>
            <w:r w:rsidR="00116CAB">
              <w:rPr>
                <w:b/>
                <w:bCs/>
              </w:rPr>
              <w:t>:</w:t>
            </w:r>
          </w:p>
          <w:p w14:paraId="16D31835" w14:textId="6AE487BE" w:rsidR="00C40A47" w:rsidRDefault="00495CEE" w:rsidP="00116CAB">
            <w:pPr>
              <w:ind w:left="-108"/>
            </w:pPr>
            <w:r>
              <w:br/>
              <w:t>__________________________________</w:t>
            </w:r>
          </w:p>
        </w:tc>
      </w:tr>
      <w:tr w:rsidR="00C40A47" w14:paraId="0E40C2D5" w14:textId="77777777">
        <w:trPr>
          <w:jc w:val="center"/>
        </w:trPr>
        <w:tc>
          <w:tcPr>
            <w:tcW w:w="5184" w:type="dxa"/>
          </w:tcPr>
          <w:p w14:paraId="4CDFE01E" w14:textId="2FBC0E31" w:rsidR="00116CAB" w:rsidRPr="00116CAB" w:rsidRDefault="00495CEE" w:rsidP="00116CAB">
            <w:pPr>
              <w:ind w:left="-108"/>
              <w:rPr>
                <w:b/>
                <w:bCs/>
              </w:rPr>
            </w:pPr>
            <w:r w:rsidRPr="00116CAB">
              <w:rPr>
                <w:b/>
                <w:bCs/>
              </w:rPr>
              <w:t>Printed Name</w:t>
            </w:r>
            <w:r w:rsidR="00116CAB">
              <w:rPr>
                <w:b/>
                <w:bCs/>
              </w:rPr>
              <w:t>:</w:t>
            </w:r>
          </w:p>
          <w:p w14:paraId="2D8D6E15" w14:textId="682D9C96" w:rsidR="00C40A47" w:rsidRDefault="00495CEE" w:rsidP="00116CAB">
            <w:pPr>
              <w:ind w:left="-108"/>
            </w:pPr>
            <w:r>
              <w:br/>
              <w:t>__________________________________</w:t>
            </w:r>
            <w:r w:rsidR="00116CAB">
              <w:t>____</w:t>
            </w:r>
          </w:p>
        </w:tc>
        <w:tc>
          <w:tcPr>
            <w:tcW w:w="5184" w:type="dxa"/>
          </w:tcPr>
          <w:p w14:paraId="4723028A" w14:textId="5C7933EF" w:rsidR="00116CAB" w:rsidRPr="00116CAB" w:rsidRDefault="00495CEE" w:rsidP="00116CAB">
            <w:pPr>
              <w:ind w:left="-108"/>
              <w:rPr>
                <w:b/>
                <w:bCs/>
              </w:rPr>
            </w:pPr>
            <w:r w:rsidRPr="00116CAB">
              <w:rPr>
                <w:b/>
                <w:bCs/>
              </w:rPr>
              <w:t>Relationship to Patient</w:t>
            </w:r>
            <w:r w:rsidR="00116CAB">
              <w:rPr>
                <w:b/>
                <w:bCs/>
              </w:rPr>
              <w:t>:</w:t>
            </w:r>
          </w:p>
          <w:p w14:paraId="25C4E98E" w14:textId="43A5B524" w:rsidR="00C40A47" w:rsidRDefault="00495CEE" w:rsidP="00116CAB">
            <w:pPr>
              <w:ind w:left="-108"/>
            </w:pPr>
            <w:r>
              <w:br/>
              <w:t>__________________________________</w:t>
            </w:r>
          </w:p>
        </w:tc>
      </w:tr>
    </w:tbl>
    <w:p w14:paraId="657F1B7A" w14:textId="77777777" w:rsidR="00495CEE" w:rsidRDefault="00495CEE"/>
    <w:sectPr w:rsidR="00495CEE"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E3178" w14:textId="77777777" w:rsidR="00495CEE" w:rsidRDefault="00495CEE">
      <w:pPr>
        <w:spacing w:after="0" w:line="240" w:lineRule="auto"/>
      </w:pPr>
      <w:r>
        <w:separator/>
      </w:r>
    </w:p>
  </w:endnote>
  <w:endnote w:type="continuationSeparator" w:id="0">
    <w:p w14:paraId="45C961BE" w14:textId="77777777" w:rsidR="00495CEE" w:rsidRDefault="00495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88F3" w14:textId="77777777" w:rsidR="00C40A47" w:rsidRDefault="00495CEE">
    <w:pPr>
      <w:pStyle w:val="Footer"/>
      <w:jc w:val="center"/>
    </w:pPr>
    <w:r>
      <w:rPr>
        <w:i/>
        <w:sz w:val="16"/>
      </w:rPr>
      <w:t>Created by Alta Practice Partners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76089" w14:textId="77777777" w:rsidR="00495CEE" w:rsidRDefault="00495CEE">
      <w:pPr>
        <w:spacing w:after="0" w:line="240" w:lineRule="auto"/>
      </w:pPr>
      <w:r>
        <w:separator/>
      </w:r>
    </w:p>
  </w:footnote>
  <w:footnote w:type="continuationSeparator" w:id="0">
    <w:p w14:paraId="35AE721E" w14:textId="77777777" w:rsidR="00495CEE" w:rsidRDefault="00495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3370363">
    <w:abstractNumId w:val="8"/>
  </w:num>
  <w:num w:numId="2" w16cid:durableId="1621258642">
    <w:abstractNumId w:val="6"/>
  </w:num>
  <w:num w:numId="3" w16cid:durableId="1507867507">
    <w:abstractNumId w:val="5"/>
  </w:num>
  <w:num w:numId="4" w16cid:durableId="547882386">
    <w:abstractNumId w:val="4"/>
  </w:num>
  <w:num w:numId="5" w16cid:durableId="869608325">
    <w:abstractNumId w:val="7"/>
  </w:num>
  <w:num w:numId="6" w16cid:durableId="1529678471">
    <w:abstractNumId w:val="3"/>
  </w:num>
  <w:num w:numId="7" w16cid:durableId="514466070">
    <w:abstractNumId w:val="2"/>
  </w:num>
  <w:num w:numId="8" w16cid:durableId="1682202827">
    <w:abstractNumId w:val="1"/>
  </w:num>
  <w:num w:numId="9" w16cid:durableId="51172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CAB"/>
    <w:rsid w:val="0015074B"/>
    <w:rsid w:val="0029639D"/>
    <w:rsid w:val="00326F90"/>
    <w:rsid w:val="00363467"/>
    <w:rsid w:val="00495CEE"/>
    <w:rsid w:val="00AA1D8D"/>
    <w:rsid w:val="00B47730"/>
    <w:rsid w:val="00C40A4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A38267"/>
  <w14:defaultImageDpi w14:val="300"/>
  <w15:docId w15:val="{3188D9A3-4A7A-4566-809D-1C24E9D8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Bryan Williamson</cp:lastModifiedBy>
  <cp:revision>2</cp:revision>
  <dcterms:created xsi:type="dcterms:W3CDTF">2026-09-21T16:22:00Z</dcterms:created>
  <dcterms:modified xsi:type="dcterms:W3CDTF">2026-09-21T16:22:00Z</dcterms:modified>
  <cp:category/>
</cp:coreProperties>
</file>