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F0A4C" w14:textId="77777777" w:rsidR="007B716C" w:rsidRDefault="007B716C">
      <w:pPr>
        <w:jc w:val="center"/>
        <w:rPr>
          <w:b/>
          <w:sz w:val="26"/>
        </w:rPr>
      </w:pPr>
      <w:r w:rsidRPr="007B716C">
        <w:rPr>
          <w:b/>
          <w:noProof/>
          <w:sz w:val="30"/>
        </w:rPr>
        <w:drawing>
          <wp:inline distT="0" distB="0" distL="0" distR="0" wp14:anchorId="21D7504A" wp14:editId="40796CCD">
            <wp:extent cx="2468880" cy="1343148"/>
            <wp:effectExtent l="0" t="0" r="7620" b="9525"/>
            <wp:docPr id="43870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305" cy="135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FCF76" w14:textId="0D4FCB18" w:rsidR="00B35964" w:rsidRDefault="00C82E8A">
      <w:pPr>
        <w:jc w:val="center"/>
        <w:rPr>
          <w:b/>
          <w:sz w:val="26"/>
        </w:rPr>
      </w:pPr>
      <w:r>
        <w:rPr>
          <w:b/>
          <w:sz w:val="26"/>
        </w:rPr>
        <w:t>FINANCIAL RESPONSIBILITY &amp; PRACTICE POLICY</w:t>
      </w:r>
    </w:p>
    <w:p w14:paraId="2CF37817" w14:textId="77777777" w:rsidR="007B716C" w:rsidRDefault="007B716C"/>
    <w:p w14:paraId="6DB6B1AA" w14:textId="6E879E25" w:rsidR="00B35964" w:rsidRDefault="00C82E8A">
      <w:r>
        <w:t xml:space="preserve">Patient Name: ______________________________________________   </w:t>
      </w:r>
      <w:r w:rsidR="007B716C">
        <w:tab/>
      </w:r>
      <w:r w:rsidR="007B716C">
        <w:tab/>
      </w:r>
      <w:r>
        <w:t>Date of Birth: __________________</w:t>
      </w:r>
    </w:p>
    <w:p w14:paraId="14CAB1C2" w14:textId="77777777" w:rsidR="00B35964" w:rsidRDefault="00C82E8A">
      <w:pPr>
        <w:spacing w:before="100" w:after="40"/>
      </w:pPr>
      <w:r>
        <w:rPr>
          <w:b/>
          <w:sz w:val="21"/>
        </w:rPr>
        <w:t>INSURANCE &amp; FINANCIAL RESPONSIBILITY</w:t>
      </w:r>
    </w:p>
    <w:p w14:paraId="3F1221A3" w14:textId="77777777" w:rsidR="00B35964" w:rsidRDefault="00C82E8A">
      <w:r>
        <w:t>I authorize the practice to submit claims to my health plan and assign benefits payable for covered services to the practice when permitted. I understand that verification of benefits is not a guarantee of payment. I am responsible for copayments, deductibles, coinsurance, non-covered services, and amounts determined to be my responsibility by my health plan.</w:t>
      </w:r>
    </w:p>
    <w:p w14:paraId="35A152F7" w14:textId="77777777" w:rsidR="00B35964" w:rsidRDefault="00C82E8A">
      <w:pPr>
        <w:spacing w:before="100" w:after="40"/>
      </w:pPr>
      <w:r>
        <w:rPr>
          <w:b/>
          <w:sz w:val="21"/>
        </w:rPr>
        <w:t>REFERRALS &amp; PRIOR AUTHORIZATION</w:t>
      </w:r>
    </w:p>
    <w:p w14:paraId="08F8A507" w14:textId="77777777" w:rsidR="00B35964" w:rsidRDefault="00C82E8A">
      <w:r>
        <w:t>I understand that some plans require referrals or prior authorization. The practice may assist with these requirements, but I remain responsible for understanding my plan requirements and for charges resulting from services that are not covered due to plan rules, subject to applicable law and payer contracts.</w:t>
      </w:r>
    </w:p>
    <w:p w14:paraId="45DFA21C" w14:textId="77777777" w:rsidR="00B35964" w:rsidRDefault="00C82E8A">
      <w:pPr>
        <w:spacing w:before="100" w:after="40"/>
      </w:pPr>
      <w:r>
        <w:rPr>
          <w:b/>
          <w:sz w:val="21"/>
        </w:rPr>
        <w:t>PAYMENT &amp; BILLING</w:t>
      </w:r>
    </w:p>
    <w:p w14:paraId="2F5AD83A" w14:textId="77777777" w:rsidR="00B35964" w:rsidRDefault="00C82E8A">
      <w:r>
        <w:t>Payment of amounts known to be due may be requested at the time of service. I agree to provide current insurance and contact information and to promptly notify the practice of changes. Returned or reversed payments may be subject to a reasonable fee where permitted by law.</w:t>
      </w:r>
    </w:p>
    <w:p w14:paraId="4B25EA8F" w14:textId="77777777" w:rsidR="00B35964" w:rsidRDefault="00C82E8A">
      <w:pPr>
        <w:spacing w:before="100" w:after="40"/>
      </w:pPr>
      <w:r>
        <w:rPr>
          <w:b/>
          <w:sz w:val="21"/>
        </w:rPr>
        <w:t>APPOINTMENT POLICY</w:t>
      </w:r>
    </w:p>
    <w:p w14:paraId="08A4405A" w14:textId="34CDE792" w:rsidR="00B35964" w:rsidRDefault="00C82E8A">
      <w:r>
        <w:t xml:space="preserve">Please provide at least [24/48] hours' notice when cancelling or rescheduling. A </w:t>
      </w:r>
      <w:proofErr w:type="gramStart"/>
      <w:r>
        <w:t>missed-appointment</w:t>
      </w:r>
      <w:proofErr w:type="gramEnd"/>
      <w:r>
        <w:t xml:space="preserve"> or late-cancellation fee of $</w:t>
      </w:r>
      <w:r w:rsidR="007B716C">
        <w:t>25.00</w:t>
      </w:r>
      <w:r>
        <w:t xml:space="preserve"> may apply to non-covered administrative services where permitted. Repeated missed appointments may affect scheduling or continued non-emergency care, consistent with applicable law and practice policy.</w:t>
      </w:r>
    </w:p>
    <w:p w14:paraId="20456C5A" w14:textId="77777777" w:rsidR="00B35964" w:rsidRDefault="00C82E8A">
      <w:pPr>
        <w:spacing w:before="100" w:after="40"/>
      </w:pPr>
      <w:r>
        <w:rPr>
          <w:b/>
          <w:sz w:val="21"/>
        </w:rPr>
        <w:t>FORMS / RECORDS / ADMINISTRATIVE SERVICES</w:t>
      </w:r>
    </w:p>
    <w:p w14:paraId="225A8041" w14:textId="77777777" w:rsidR="00B35964" w:rsidRDefault="00C82E8A">
      <w:r>
        <w:t>Reasonable fees may apply for forms, records, or other administrative services when permitted by law. Fees and expected turnaround times will be communicated when applicable.</w:t>
      </w:r>
    </w:p>
    <w:p w14:paraId="04F70300" w14:textId="77777777" w:rsidR="00B35964" w:rsidRDefault="00C82E8A">
      <w:pPr>
        <w:spacing w:before="100" w:after="40"/>
      </w:pPr>
      <w:r>
        <w:rPr>
          <w:b/>
          <w:sz w:val="21"/>
        </w:rPr>
        <w:t>COLLECTIONS</w:t>
      </w:r>
    </w:p>
    <w:p w14:paraId="133AD21F" w14:textId="77777777" w:rsidR="00B35964" w:rsidRDefault="00C82E8A">
      <w:r>
        <w:t>Past-due patient balances may be referred for collection after reasonable billing efforts and notices, subject to applicable law. I remain responsible for authorized charges and any lawful costs specifically permitted by agreement and law.</w:t>
      </w:r>
    </w:p>
    <w:p w14:paraId="529BAECD" w14:textId="77777777" w:rsidR="00B35964" w:rsidRDefault="00C82E8A">
      <w:pPr>
        <w:spacing w:before="100" w:after="40"/>
      </w:pPr>
      <w:r>
        <w:rPr>
          <w:b/>
          <w:sz w:val="21"/>
        </w:rPr>
        <w:t>ACKNOWLEDGMENT</w:t>
      </w:r>
    </w:p>
    <w:p w14:paraId="398DC983" w14:textId="77777777" w:rsidR="00B35964" w:rsidRDefault="00C82E8A">
      <w:r>
        <w:t>I have had an opportunity to ask questions about these policies and understand my financial responsibilities.</w:t>
      </w:r>
    </w:p>
    <w:p w14:paraId="0F7874AB" w14:textId="77777777" w:rsidR="00B35964" w:rsidRDefault="00C82E8A">
      <w:pPr>
        <w:spacing w:before="100" w:after="40"/>
      </w:pPr>
      <w:r>
        <w:rPr>
          <w:b/>
          <w:sz w:val="21"/>
        </w:rPr>
        <w:t>SIGNATURE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35964" w14:paraId="44BA7DEA" w14:textId="77777777">
        <w:trPr>
          <w:jc w:val="center"/>
        </w:trPr>
        <w:tc>
          <w:tcPr>
            <w:tcW w:w="5184" w:type="dxa"/>
          </w:tcPr>
          <w:p w14:paraId="5FCFB942" w14:textId="76D1FAF4" w:rsidR="007B716C" w:rsidRPr="007B716C" w:rsidRDefault="00C82E8A" w:rsidP="007B716C">
            <w:pPr>
              <w:ind w:left="-90"/>
              <w:rPr>
                <w:b/>
                <w:bCs/>
              </w:rPr>
            </w:pPr>
            <w:r w:rsidRPr="007B716C">
              <w:rPr>
                <w:b/>
                <w:bCs/>
              </w:rPr>
              <w:t>Patient/Authorized Representative Signature</w:t>
            </w:r>
            <w:r w:rsidR="007B716C">
              <w:rPr>
                <w:b/>
                <w:bCs/>
              </w:rPr>
              <w:t>:</w:t>
            </w:r>
          </w:p>
          <w:p w14:paraId="1B2081F1" w14:textId="6E40C60F" w:rsidR="00B35964" w:rsidRDefault="00C82E8A" w:rsidP="007B716C">
            <w:pPr>
              <w:ind w:left="-90"/>
            </w:pPr>
            <w:r>
              <w:br/>
              <w:t>__________________________________</w:t>
            </w:r>
            <w:r w:rsidR="007B716C">
              <w:t>____</w:t>
            </w:r>
          </w:p>
        </w:tc>
        <w:tc>
          <w:tcPr>
            <w:tcW w:w="5184" w:type="dxa"/>
          </w:tcPr>
          <w:p w14:paraId="700763A3" w14:textId="7095495D" w:rsidR="007B716C" w:rsidRPr="007B716C" w:rsidRDefault="00C82E8A" w:rsidP="007B716C">
            <w:pPr>
              <w:ind w:left="-90"/>
              <w:rPr>
                <w:b/>
                <w:bCs/>
              </w:rPr>
            </w:pPr>
            <w:r w:rsidRPr="007B716C">
              <w:rPr>
                <w:b/>
                <w:bCs/>
              </w:rPr>
              <w:t>Date</w:t>
            </w:r>
            <w:r w:rsidR="007B716C">
              <w:rPr>
                <w:b/>
                <w:bCs/>
              </w:rPr>
              <w:t>:</w:t>
            </w:r>
          </w:p>
          <w:p w14:paraId="4925A868" w14:textId="3F02F896" w:rsidR="00B35964" w:rsidRDefault="00C82E8A" w:rsidP="007B716C">
            <w:pPr>
              <w:ind w:left="-90"/>
            </w:pPr>
            <w:r>
              <w:br/>
              <w:t>__________________________________</w:t>
            </w:r>
          </w:p>
        </w:tc>
      </w:tr>
      <w:tr w:rsidR="00B35964" w14:paraId="7C5D1ABC" w14:textId="77777777">
        <w:trPr>
          <w:jc w:val="center"/>
        </w:trPr>
        <w:tc>
          <w:tcPr>
            <w:tcW w:w="5184" w:type="dxa"/>
          </w:tcPr>
          <w:p w14:paraId="4B266172" w14:textId="06BEDD97" w:rsidR="007B716C" w:rsidRPr="007B716C" w:rsidRDefault="00C82E8A" w:rsidP="007B716C">
            <w:pPr>
              <w:ind w:left="-90"/>
              <w:rPr>
                <w:b/>
                <w:bCs/>
              </w:rPr>
            </w:pPr>
            <w:r w:rsidRPr="007B716C">
              <w:rPr>
                <w:b/>
                <w:bCs/>
              </w:rPr>
              <w:t>Printed Name</w:t>
            </w:r>
            <w:r w:rsidR="007B716C">
              <w:rPr>
                <w:b/>
                <w:bCs/>
              </w:rPr>
              <w:t>:</w:t>
            </w:r>
          </w:p>
          <w:p w14:paraId="417D5592" w14:textId="0F9F868C" w:rsidR="00B35964" w:rsidRDefault="00C82E8A" w:rsidP="007B716C">
            <w:pPr>
              <w:ind w:left="-90"/>
            </w:pPr>
            <w:r>
              <w:br/>
              <w:t>__________________________________</w:t>
            </w:r>
            <w:r w:rsidR="007B716C">
              <w:t>____</w:t>
            </w:r>
          </w:p>
        </w:tc>
        <w:tc>
          <w:tcPr>
            <w:tcW w:w="5184" w:type="dxa"/>
          </w:tcPr>
          <w:p w14:paraId="1BC53013" w14:textId="2A2C7630" w:rsidR="007B716C" w:rsidRPr="007B716C" w:rsidRDefault="00C82E8A" w:rsidP="007B716C">
            <w:pPr>
              <w:ind w:left="-90"/>
              <w:rPr>
                <w:b/>
                <w:bCs/>
              </w:rPr>
            </w:pPr>
            <w:r w:rsidRPr="007B716C">
              <w:rPr>
                <w:b/>
                <w:bCs/>
              </w:rPr>
              <w:t>Relationship to Patient</w:t>
            </w:r>
            <w:r w:rsidR="007B716C">
              <w:rPr>
                <w:b/>
                <w:bCs/>
              </w:rPr>
              <w:t>:</w:t>
            </w:r>
          </w:p>
          <w:p w14:paraId="00489A89" w14:textId="1A75297C" w:rsidR="00B35964" w:rsidRDefault="00C82E8A" w:rsidP="007B716C">
            <w:pPr>
              <w:ind w:left="-90"/>
            </w:pPr>
            <w:r>
              <w:br/>
              <w:t>__________________________________</w:t>
            </w:r>
          </w:p>
        </w:tc>
      </w:tr>
    </w:tbl>
    <w:p w14:paraId="06061F88" w14:textId="25681456" w:rsidR="007B716C" w:rsidRPr="007B716C" w:rsidRDefault="007B716C" w:rsidP="007B716C">
      <w:pPr>
        <w:tabs>
          <w:tab w:val="left" w:pos="1440"/>
        </w:tabs>
      </w:pPr>
    </w:p>
    <w:sectPr w:rsidR="007B716C" w:rsidRPr="007B716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2546" w14:textId="77777777" w:rsidR="00C82E8A" w:rsidRDefault="00C82E8A">
      <w:pPr>
        <w:spacing w:after="0" w:line="240" w:lineRule="auto"/>
      </w:pPr>
      <w:r>
        <w:separator/>
      </w:r>
    </w:p>
  </w:endnote>
  <w:endnote w:type="continuationSeparator" w:id="0">
    <w:p w14:paraId="40503C73" w14:textId="77777777" w:rsidR="00C82E8A" w:rsidRDefault="00C82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EAD41" w14:textId="77777777" w:rsidR="00B35964" w:rsidRDefault="00C82E8A">
    <w:pPr>
      <w:pStyle w:val="Footer"/>
      <w:jc w:val="center"/>
    </w:pPr>
    <w:r>
      <w:rPr>
        <w:i/>
        <w:sz w:val="16"/>
      </w:rPr>
      <w:t>Created by Alta Practice Partners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61760" w14:textId="77777777" w:rsidR="00C82E8A" w:rsidRDefault="00C82E8A">
      <w:pPr>
        <w:spacing w:after="0" w:line="240" w:lineRule="auto"/>
      </w:pPr>
      <w:r>
        <w:separator/>
      </w:r>
    </w:p>
  </w:footnote>
  <w:footnote w:type="continuationSeparator" w:id="0">
    <w:p w14:paraId="33DCF0B1" w14:textId="77777777" w:rsidR="00C82E8A" w:rsidRDefault="00C82E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0044526">
    <w:abstractNumId w:val="8"/>
  </w:num>
  <w:num w:numId="2" w16cid:durableId="294870542">
    <w:abstractNumId w:val="6"/>
  </w:num>
  <w:num w:numId="3" w16cid:durableId="1253707211">
    <w:abstractNumId w:val="5"/>
  </w:num>
  <w:num w:numId="4" w16cid:durableId="1001279873">
    <w:abstractNumId w:val="4"/>
  </w:num>
  <w:num w:numId="5" w16cid:durableId="1841432075">
    <w:abstractNumId w:val="7"/>
  </w:num>
  <w:num w:numId="6" w16cid:durableId="2033023362">
    <w:abstractNumId w:val="3"/>
  </w:num>
  <w:num w:numId="7" w16cid:durableId="1466041631">
    <w:abstractNumId w:val="2"/>
  </w:num>
  <w:num w:numId="8" w16cid:durableId="516315896">
    <w:abstractNumId w:val="1"/>
  </w:num>
  <w:num w:numId="9" w16cid:durableId="858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B716C"/>
    <w:rsid w:val="009A61C5"/>
    <w:rsid w:val="00AA1D8D"/>
    <w:rsid w:val="00B35964"/>
    <w:rsid w:val="00B47730"/>
    <w:rsid w:val="00C82E8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8558D0"/>
  <w14:defaultImageDpi w14:val="300"/>
  <w15:docId w15:val="{8418FB60-F87D-4672-98FD-A3476971A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Bryan Williamson</cp:lastModifiedBy>
  <cp:revision>2</cp:revision>
  <dcterms:created xsi:type="dcterms:W3CDTF">2026-09-21T16:27:00Z</dcterms:created>
  <dcterms:modified xsi:type="dcterms:W3CDTF">2026-09-21T16:27:00Z</dcterms:modified>
  <cp:category/>
</cp:coreProperties>
</file>