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A8993" w14:textId="77777777" w:rsidR="00172C27" w:rsidRDefault="00172C27">
      <w:pPr>
        <w:jc w:val="center"/>
        <w:rPr>
          <w:b/>
          <w:sz w:val="26"/>
        </w:rPr>
      </w:pPr>
      <w:r w:rsidRPr="00172C27">
        <w:rPr>
          <w:b/>
          <w:noProof/>
          <w:sz w:val="30"/>
        </w:rPr>
        <w:drawing>
          <wp:inline distT="0" distB="0" distL="0" distR="0" wp14:anchorId="7225D024" wp14:editId="2730F41B">
            <wp:extent cx="2354267" cy="1120140"/>
            <wp:effectExtent l="0" t="0" r="8255" b="3810"/>
            <wp:docPr id="466613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496" cy="1126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D6A1B" w14:textId="3DBC6EFC" w:rsidR="00130E71" w:rsidRDefault="00EF720C">
      <w:pPr>
        <w:jc w:val="center"/>
      </w:pPr>
      <w:r>
        <w:rPr>
          <w:b/>
          <w:sz w:val="26"/>
        </w:rPr>
        <w:t>PATIENT DEMOGRAPHICS &amp; GASTROENTEROLOGY HEALTH HISTORY</w:t>
      </w:r>
    </w:p>
    <w:p w14:paraId="159C786F" w14:textId="77777777" w:rsidR="00130E71" w:rsidRPr="00172C27" w:rsidRDefault="00EF720C">
      <w:pPr>
        <w:jc w:val="center"/>
        <w:rPr>
          <w:sz w:val="24"/>
          <w:szCs w:val="24"/>
        </w:rPr>
      </w:pPr>
      <w:r w:rsidRPr="00172C27">
        <w:rPr>
          <w:i/>
          <w:sz w:val="24"/>
          <w:szCs w:val="24"/>
        </w:rPr>
        <w:t>Please complete as fully as possible</w:t>
      </w:r>
    </w:p>
    <w:p w14:paraId="76AB4396" w14:textId="77777777" w:rsidR="009C0E14" w:rsidRDefault="009C0E14">
      <w:pPr>
        <w:spacing w:before="100" w:after="40"/>
        <w:rPr>
          <w:b/>
          <w:sz w:val="21"/>
        </w:rPr>
      </w:pPr>
    </w:p>
    <w:p w14:paraId="2EC50015" w14:textId="5CF323A4" w:rsidR="00130E71" w:rsidRDefault="00EF720C">
      <w:pPr>
        <w:spacing w:before="100" w:after="40"/>
      </w:pPr>
      <w:r>
        <w:rPr>
          <w:b/>
          <w:sz w:val="21"/>
        </w:rPr>
        <w:t>PATIENT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130E71" w14:paraId="5A817A14" w14:textId="77777777">
        <w:trPr>
          <w:jc w:val="center"/>
        </w:trPr>
        <w:tc>
          <w:tcPr>
            <w:tcW w:w="5184" w:type="dxa"/>
          </w:tcPr>
          <w:p w14:paraId="7346319F" w14:textId="64A403B7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Legal Name</w:t>
            </w:r>
            <w:r w:rsidR="00172C27">
              <w:rPr>
                <w:b/>
                <w:bCs/>
              </w:rPr>
              <w:t>:</w:t>
            </w:r>
          </w:p>
          <w:p w14:paraId="56A10397" w14:textId="2266795D" w:rsidR="00130E71" w:rsidRDefault="00EF720C">
            <w:r>
              <w:t>__________________________________</w:t>
            </w:r>
          </w:p>
        </w:tc>
        <w:tc>
          <w:tcPr>
            <w:tcW w:w="5184" w:type="dxa"/>
          </w:tcPr>
          <w:p w14:paraId="5105E2B9" w14:textId="1400254F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Preferred Name</w:t>
            </w:r>
            <w:r w:rsidR="00172C27">
              <w:rPr>
                <w:b/>
                <w:bCs/>
              </w:rPr>
              <w:t>:</w:t>
            </w:r>
          </w:p>
          <w:p w14:paraId="7A138926" w14:textId="504AB449" w:rsidR="00130E71" w:rsidRDefault="00EF720C">
            <w:r>
              <w:t>__________________________________</w:t>
            </w:r>
          </w:p>
        </w:tc>
      </w:tr>
      <w:tr w:rsidR="00130E71" w14:paraId="758CF6F3" w14:textId="77777777">
        <w:trPr>
          <w:jc w:val="center"/>
        </w:trPr>
        <w:tc>
          <w:tcPr>
            <w:tcW w:w="5184" w:type="dxa"/>
          </w:tcPr>
          <w:p w14:paraId="1264138B" w14:textId="032F7048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Date of Birth</w:t>
            </w:r>
            <w:r w:rsidR="00172C27">
              <w:rPr>
                <w:b/>
                <w:bCs/>
              </w:rPr>
              <w:t>:</w:t>
            </w:r>
          </w:p>
          <w:p w14:paraId="34353419" w14:textId="12820E2C" w:rsidR="00130E71" w:rsidRDefault="00EF720C">
            <w:r>
              <w:t>__________________________________</w:t>
            </w:r>
          </w:p>
        </w:tc>
        <w:tc>
          <w:tcPr>
            <w:tcW w:w="5184" w:type="dxa"/>
          </w:tcPr>
          <w:p w14:paraId="7085724E" w14:textId="531CD40F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Sex / Gender</w:t>
            </w:r>
            <w:r w:rsidR="00172C27">
              <w:rPr>
                <w:b/>
                <w:bCs/>
              </w:rPr>
              <w:t>:</w:t>
            </w:r>
          </w:p>
          <w:p w14:paraId="781C6CF5" w14:textId="054A67F0" w:rsidR="00130E71" w:rsidRDefault="00EF720C">
            <w:r>
              <w:t>__________________________________</w:t>
            </w:r>
          </w:p>
        </w:tc>
      </w:tr>
      <w:tr w:rsidR="00130E71" w14:paraId="43CF5789" w14:textId="77777777">
        <w:trPr>
          <w:jc w:val="center"/>
        </w:trPr>
        <w:tc>
          <w:tcPr>
            <w:tcW w:w="5184" w:type="dxa"/>
          </w:tcPr>
          <w:p w14:paraId="0A0D07BE" w14:textId="4DF323BE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Address</w:t>
            </w:r>
            <w:r w:rsidR="00172C27">
              <w:rPr>
                <w:b/>
                <w:bCs/>
              </w:rPr>
              <w:t>:</w:t>
            </w:r>
          </w:p>
          <w:p w14:paraId="3BEAC389" w14:textId="09C8A792" w:rsidR="00130E71" w:rsidRDefault="00EF720C">
            <w:r>
              <w:t>__________________________________</w:t>
            </w:r>
          </w:p>
        </w:tc>
        <w:tc>
          <w:tcPr>
            <w:tcW w:w="5184" w:type="dxa"/>
          </w:tcPr>
          <w:p w14:paraId="503C2418" w14:textId="30E8193C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City / State / ZIP</w:t>
            </w:r>
            <w:r w:rsidR="00172C27">
              <w:rPr>
                <w:b/>
                <w:bCs/>
              </w:rPr>
              <w:t>:</w:t>
            </w:r>
          </w:p>
          <w:p w14:paraId="385C30F7" w14:textId="71D14B80" w:rsidR="00130E71" w:rsidRDefault="00EF720C">
            <w:r>
              <w:t>__________________________________</w:t>
            </w:r>
          </w:p>
        </w:tc>
      </w:tr>
      <w:tr w:rsidR="00130E71" w14:paraId="1BCF7A6C" w14:textId="77777777">
        <w:trPr>
          <w:jc w:val="center"/>
        </w:trPr>
        <w:tc>
          <w:tcPr>
            <w:tcW w:w="5184" w:type="dxa"/>
          </w:tcPr>
          <w:p w14:paraId="6C315909" w14:textId="03AF029A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Mobile Phone</w:t>
            </w:r>
            <w:r w:rsidR="00172C27">
              <w:rPr>
                <w:b/>
                <w:bCs/>
              </w:rPr>
              <w:t>:</w:t>
            </w:r>
          </w:p>
          <w:p w14:paraId="045DFA84" w14:textId="2BE1A020" w:rsidR="00130E71" w:rsidRDefault="00EF720C">
            <w:r>
              <w:t>__________________________________</w:t>
            </w:r>
          </w:p>
        </w:tc>
        <w:tc>
          <w:tcPr>
            <w:tcW w:w="5184" w:type="dxa"/>
          </w:tcPr>
          <w:p w14:paraId="593B86E9" w14:textId="1271C03A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Home Phone</w:t>
            </w:r>
            <w:r w:rsidR="00172C27">
              <w:rPr>
                <w:b/>
                <w:bCs/>
              </w:rPr>
              <w:t>:</w:t>
            </w:r>
          </w:p>
          <w:p w14:paraId="246041F8" w14:textId="6674DA25" w:rsidR="00130E71" w:rsidRDefault="00EF720C">
            <w:r>
              <w:t>__________________________________</w:t>
            </w:r>
          </w:p>
        </w:tc>
      </w:tr>
      <w:tr w:rsidR="00130E71" w14:paraId="50BA100C" w14:textId="77777777">
        <w:trPr>
          <w:jc w:val="center"/>
        </w:trPr>
        <w:tc>
          <w:tcPr>
            <w:tcW w:w="5184" w:type="dxa"/>
          </w:tcPr>
          <w:p w14:paraId="2521331C" w14:textId="6C037881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Email</w:t>
            </w:r>
            <w:r w:rsidR="00172C27">
              <w:rPr>
                <w:b/>
                <w:bCs/>
              </w:rPr>
              <w:t>:</w:t>
            </w:r>
          </w:p>
          <w:p w14:paraId="019844F9" w14:textId="212BFCB4" w:rsidR="00130E71" w:rsidRDefault="00EF720C">
            <w:r>
              <w:t>__________________________________</w:t>
            </w:r>
          </w:p>
        </w:tc>
        <w:tc>
          <w:tcPr>
            <w:tcW w:w="5184" w:type="dxa"/>
          </w:tcPr>
          <w:p w14:paraId="2E8DCDF6" w14:textId="5BB38E95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Preferred Language</w:t>
            </w:r>
            <w:r w:rsidR="00172C27">
              <w:rPr>
                <w:b/>
                <w:bCs/>
              </w:rPr>
              <w:t>:</w:t>
            </w:r>
          </w:p>
          <w:p w14:paraId="0CEC1F37" w14:textId="2F8A448E" w:rsidR="00130E71" w:rsidRDefault="00EF720C">
            <w:r>
              <w:t>__________________________________</w:t>
            </w:r>
          </w:p>
          <w:p w14:paraId="499ABFBA" w14:textId="05B291BE" w:rsidR="00172C27" w:rsidRDefault="00172C27"/>
        </w:tc>
      </w:tr>
    </w:tbl>
    <w:p w14:paraId="0D067A9F" w14:textId="44C87923" w:rsidR="00130E71" w:rsidRDefault="00EF720C">
      <w:r w:rsidRPr="00172C27">
        <w:rPr>
          <w:b/>
          <w:bCs/>
        </w:rPr>
        <w:t>Marital Status</w:t>
      </w:r>
      <w:r>
        <w:t>: ___________</w:t>
      </w:r>
      <w:r>
        <w:t xml:space="preserve">  </w:t>
      </w:r>
      <w:r w:rsidRPr="00172C27">
        <w:rPr>
          <w:b/>
          <w:bCs/>
        </w:rPr>
        <w:t>Employer:</w:t>
      </w:r>
      <w:r>
        <w:t xml:space="preserve"> _______________________</w:t>
      </w:r>
      <w:r>
        <w:t xml:space="preserve">  </w:t>
      </w:r>
      <w:r w:rsidRPr="00172C27">
        <w:rPr>
          <w:b/>
          <w:bCs/>
        </w:rPr>
        <w:t>Occupation:</w:t>
      </w:r>
      <w:r>
        <w:t xml:space="preserve"> </w:t>
      </w:r>
      <w:r w:rsidR="00172C27">
        <w:t>__________</w:t>
      </w:r>
      <w:r>
        <w:t>__________</w:t>
      </w:r>
    </w:p>
    <w:p w14:paraId="23FAADC2" w14:textId="77777777" w:rsidR="00172C27" w:rsidRDefault="00172C27">
      <w:pPr>
        <w:spacing w:before="100" w:after="40"/>
        <w:rPr>
          <w:b/>
          <w:sz w:val="21"/>
        </w:rPr>
      </w:pPr>
    </w:p>
    <w:p w14:paraId="4C9AEC92" w14:textId="5C32CD4B" w:rsidR="00130E71" w:rsidRDefault="00EF720C">
      <w:pPr>
        <w:spacing w:before="100" w:after="40"/>
      </w:pPr>
      <w:r>
        <w:rPr>
          <w:b/>
          <w:sz w:val="21"/>
        </w:rPr>
        <w:t>EMERGENCY CONTACT / RESPONSIBLE PARTY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130E71" w14:paraId="0B1AF62F" w14:textId="77777777">
        <w:trPr>
          <w:jc w:val="center"/>
        </w:trPr>
        <w:tc>
          <w:tcPr>
            <w:tcW w:w="5184" w:type="dxa"/>
          </w:tcPr>
          <w:p w14:paraId="296692C7" w14:textId="77777777" w:rsidR="00172C27" w:rsidRDefault="00172C27">
            <w:pPr>
              <w:rPr>
                <w:b/>
                <w:bCs/>
              </w:rPr>
            </w:pPr>
          </w:p>
          <w:p w14:paraId="1545B8DA" w14:textId="0A318922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Emergency Contact / Relationship</w:t>
            </w:r>
            <w:r w:rsidR="00172C27">
              <w:rPr>
                <w:b/>
                <w:bCs/>
              </w:rPr>
              <w:t>:</w:t>
            </w:r>
          </w:p>
          <w:p w14:paraId="6E726977" w14:textId="62E8BA73" w:rsidR="00130E71" w:rsidRDefault="00EF720C">
            <w:r>
              <w:br/>
              <w:t>__________________________________</w:t>
            </w:r>
          </w:p>
        </w:tc>
        <w:tc>
          <w:tcPr>
            <w:tcW w:w="5184" w:type="dxa"/>
          </w:tcPr>
          <w:p w14:paraId="759B887B" w14:textId="77777777" w:rsidR="00172C27" w:rsidRDefault="00172C27">
            <w:pPr>
              <w:rPr>
                <w:b/>
                <w:bCs/>
              </w:rPr>
            </w:pPr>
          </w:p>
          <w:p w14:paraId="2E69F0C8" w14:textId="5F19A353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Phone</w:t>
            </w:r>
            <w:r w:rsidR="00172C27">
              <w:rPr>
                <w:b/>
                <w:bCs/>
              </w:rPr>
              <w:t>:</w:t>
            </w:r>
          </w:p>
          <w:p w14:paraId="3644DE8F" w14:textId="2ED14C54" w:rsidR="00130E71" w:rsidRDefault="00EF720C">
            <w:r>
              <w:br/>
              <w:t>__________________________________</w:t>
            </w:r>
          </w:p>
        </w:tc>
      </w:tr>
      <w:tr w:rsidR="00130E71" w14:paraId="7E5AC740" w14:textId="77777777">
        <w:trPr>
          <w:jc w:val="center"/>
        </w:trPr>
        <w:tc>
          <w:tcPr>
            <w:tcW w:w="5184" w:type="dxa"/>
          </w:tcPr>
          <w:p w14:paraId="0BE43790" w14:textId="5C7C2B51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Guarantor Name / Relationship</w:t>
            </w:r>
            <w:r w:rsidR="00172C27">
              <w:rPr>
                <w:b/>
                <w:bCs/>
              </w:rPr>
              <w:t>:</w:t>
            </w:r>
          </w:p>
          <w:p w14:paraId="24632192" w14:textId="31470053" w:rsidR="00130E71" w:rsidRDefault="00EF720C">
            <w:r>
              <w:br/>
              <w:t>__________________________________</w:t>
            </w:r>
          </w:p>
        </w:tc>
        <w:tc>
          <w:tcPr>
            <w:tcW w:w="5184" w:type="dxa"/>
          </w:tcPr>
          <w:p w14:paraId="698B6A33" w14:textId="2296B1D9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Guarantor Phone</w:t>
            </w:r>
            <w:r w:rsidR="00172C27">
              <w:rPr>
                <w:b/>
                <w:bCs/>
              </w:rPr>
              <w:t>:</w:t>
            </w:r>
          </w:p>
          <w:p w14:paraId="0A0BB63C" w14:textId="4D3446C2" w:rsidR="00130E71" w:rsidRDefault="00EF720C">
            <w:r>
              <w:br/>
            </w:r>
            <w:r>
              <w:t>__________________________________</w:t>
            </w:r>
          </w:p>
        </w:tc>
      </w:tr>
    </w:tbl>
    <w:p w14:paraId="6441FC0D" w14:textId="77777777" w:rsidR="00172C27" w:rsidRDefault="00172C27">
      <w:pPr>
        <w:spacing w:before="100" w:after="40"/>
        <w:rPr>
          <w:b/>
          <w:sz w:val="21"/>
        </w:rPr>
      </w:pPr>
    </w:p>
    <w:p w14:paraId="1914CAE7" w14:textId="77777777" w:rsidR="00172C27" w:rsidRDefault="00172C27">
      <w:pPr>
        <w:spacing w:before="100" w:after="40"/>
        <w:rPr>
          <w:b/>
          <w:sz w:val="21"/>
        </w:rPr>
      </w:pPr>
    </w:p>
    <w:p w14:paraId="5158368D" w14:textId="77777777" w:rsidR="009C0E14" w:rsidRDefault="009C0E14">
      <w:pPr>
        <w:spacing w:before="100" w:after="40"/>
        <w:rPr>
          <w:b/>
          <w:sz w:val="21"/>
        </w:rPr>
      </w:pPr>
    </w:p>
    <w:p w14:paraId="44FA3681" w14:textId="77777777" w:rsidR="00172C27" w:rsidRDefault="00172C27">
      <w:pPr>
        <w:spacing w:before="100" w:after="40"/>
        <w:rPr>
          <w:b/>
          <w:sz w:val="21"/>
        </w:rPr>
      </w:pPr>
    </w:p>
    <w:p w14:paraId="7B9AEFF0" w14:textId="4DB8C8BF" w:rsidR="00130E71" w:rsidRDefault="00EF720C">
      <w:pPr>
        <w:spacing w:before="100" w:after="40"/>
        <w:rPr>
          <w:b/>
          <w:sz w:val="21"/>
        </w:rPr>
      </w:pPr>
      <w:r>
        <w:rPr>
          <w:b/>
          <w:sz w:val="21"/>
        </w:rPr>
        <w:lastRenderedPageBreak/>
        <w:t>INSURANCE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130E71" w14:paraId="16ABF621" w14:textId="77777777">
        <w:trPr>
          <w:jc w:val="center"/>
        </w:trPr>
        <w:tc>
          <w:tcPr>
            <w:tcW w:w="5184" w:type="dxa"/>
          </w:tcPr>
          <w:p w14:paraId="67957A14" w14:textId="58C414B6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Primary Insurance</w:t>
            </w:r>
            <w:r w:rsidR="00172C27">
              <w:rPr>
                <w:b/>
                <w:bCs/>
              </w:rPr>
              <w:t>:</w:t>
            </w:r>
          </w:p>
          <w:p w14:paraId="01F3B69D" w14:textId="40319DC8" w:rsidR="00130E71" w:rsidRDefault="00EF720C">
            <w:r>
              <w:t>__________________________________</w:t>
            </w:r>
          </w:p>
        </w:tc>
        <w:tc>
          <w:tcPr>
            <w:tcW w:w="5184" w:type="dxa"/>
          </w:tcPr>
          <w:p w14:paraId="2F3B467D" w14:textId="178C1628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Member ID</w:t>
            </w:r>
            <w:r w:rsidR="00172C27">
              <w:rPr>
                <w:b/>
                <w:bCs/>
              </w:rPr>
              <w:t>:</w:t>
            </w:r>
          </w:p>
          <w:p w14:paraId="7DB15237" w14:textId="4A7EE456" w:rsidR="00130E71" w:rsidRDefault="00EF720C">
            <w:r>
              <w:t>__________________________________</w:t>
            </w:r>
          </w:p>
        </w:tc>
      </w:tr>
      <w:tr w:rsidR="00130E71" w14:paraId="328B01FA" w14:textId="77777777">
        <w:trPr>
          <w:jc w:val="center"/>
        </w:trPr>
        <w:tc>
          <w:tcPr>
            <w:tcW w:w="5184" w:type="dxa"/>
          </w:tcPr>
          <w:p w14:paraId="02B916FB" w14:textId="755B7809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Group Number</w:t>
            </w:r>
            <w:r w:rsidR="00172C27">
              <w:rPr>
                <w:b/>
                <w:bCs/>
              </w:rPr>
              <w:t>:</w:t>
            </w:r>
          </w:p>
          <w:p w14:paraId="5E0E1AFD" w14:textId="010A998D" w:rsidR="00130E71" w:rsidRDefault="00EF720C">
            <w:r>
              <w:t>__________________________________</w:t>
            </w:r>
          </w:p>
        </w:tc>
        <w:tc>
          <w:tcPr>
            <w:tcW w:w="5184" w:type="dxa"/>
          </w:tcPr>
          <w:p w14:paraId="35E5D6F1" w14:textId="743AB34D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Subscriber Name / DOB</w:t>
            </w:r>
            <w:r w:rsidR="00172C27">
              <w:rPr>
                <w:b/>
                <w:bCs/>
              </w:rPr>
              <w:t>:</w:t>
            </w:r>
          </w:p>
          <w:p w14:paraId="5E2E554B" w14:textId="0EB175B1" w:rsidR="00130E71" w:rsidRDefault="00EF720C">
            <w:r>
              <w:t>__________________________________</w:t>
            </w:r>
          </w:p>
        </w:tc>
      </w:tr>
      <w:tr w:rsidR="00130E71" w14:paraId="1A309ECC" w14:textId="77777777">
        <w:trPr>
          <w:jc w:val="center"/>
        </w:trPr>
        <w:tc>
          <w:tcPr>
            <w:tcW w:w="5184" w:type="dxa"/>
          </w:tcPr>
          <w:p w14:paraId="25EC05EF" w14:textId="5118DD04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Secondary Insurance</w:t>
            </w:r>
            <w:r w:rsidR="00172C27">
              <w:rPr>
                <w:b/>
                <w:bCs/>
              </w:rPr>
              <w:t>:</w:t>
            </w:r>
          </w:p>
          <w:p w14:paraId="19D7A498" w14:textId="48FCB502" w:rsidR="00130E71" w:rsidRDefault="00EF720C">
            <w:r>
              <w:t>__________________________________</w:t>
            </w:r>
          </w:p>
        </w:tc>
        <w:tc>
          <w:tcPr>
            <w:tcW w:w="5184" w:type="dxa"/>
          </w:tcPr>
          <w:p w14:paraId="6BA387C1" w14:textId="0AFD88B6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Member ID / Group</w:t>
            </w:r>
            <w:r w:rsidR="00172C27">
              <w:rPr>
                <w:b/>
                <w:bCs/>
              </w:rPr>
              <w:t>:</w:t>
            </w:r>
          </w:p>
          <w:p w14:paraId="00D22DB8" w14:textId="21B8EB6D" w:rsidR="00130E71" w:rsidRDefault="00EF720C">
            <w:r>
              <w:t>__________________________________</w:t>
            </w:r>
          </w:p>
        </w:tc>
      </w:tr>
    </w:tbl>
    <w:p w14:paraId="5648BF5E" w14:textId="77777777" w:rsidR="00130E71" w:rsidRDefault="00EF720C">
      <w:pPr>
        <w:spacing w:before="100" w:after="40"/>
      </w:pPr>
      <w:r>
        <w:rPr>
          <w:b/>
          <w:sz w:val="21"/>
        </w:rPr>
        <w:t>CARE TEAM / PHARMACY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130E71" w14:paraId="46318957" w14:textId="77777777">
        <w:trPr>
          <w:jc w:val="center"/>
        </w:trPr>
        <w:tc>
          <w:tcPr>
            <w:tcW w:w="5184" w:type="dxa"/>
          </w:tcPr>
          <w:p w14:paraId="294371FC" w14:textId="41E3C416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Primary Care Provider</w:t>
            </w:r>
            <w:r w:rsidR="00172C27">
              <w:rPr>
                <w:b/>
                <w:bCs/>
              </w:rPr>
              <w:t>:</w:t>
            </w:r>
          </w:p>
          <w:p w14:paraId="3FE25486" w14:textId="4E2C80B9" w:rsidR="00130E71" w:rsidRDefault="00EF720C">
            <w:r>
              <w:t>__________________________________</w:t>
            </w:r>
          </w:p>
        </w:tc>
        <w:tc>
          <w:tcPr>
            <w:tcW w:w="5184" w:type="dxa"/>
          </w:tcPr>
          <w:p w14:paraId="57736E14" w14:textId="3B726BC9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PCP Phone</w:t>
            </w:r>
            <w:r w:rsidR="00172C27">
              <w:rPr>
                <w:b/>
                <w:bCs/>
              </w:rPr>
              <w:t>:</w:t>
            </w:r>
          </w:p>
          <w:p w14:paraId="68D172E4" w14:textId="1C532807" w:rsidR="00130E71" w:rsidRDefault="00EF720C">
            <w:r>
              <w:t>__________________________________</w:t>
            </w:r>
          </w:p>
        </w:tc>
      </w:tr>
      <w:tr w:rsidR="00130E71" w14:paraId="24AA8534" w14:textId="77777777">
        <w:trPr>
          <w:jc w:val="center"/>
        </w:trPr>
        <w:tc>
          <w:tcPr>
            <w:tcW w:w="5184" w:type="dxa"/>
          </w:tcPr>
          <w:p w14:paraId="7D503F1A" w14:textId="59E64D77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Referring Provider</w:t>
            </w:r>
            <w:r w:rsidR="00172C27">
              <w:rPr>
                <w:b/>
                <w:bCs/>
              </w:rPr>
              <w:t>:</w:t>
            </w:r>
          </w:p>
          <w:p w14:paraId="756EB9C0" w14:textId="3D3360D2" w:rsidR="00130E71" w:rsidRDefault="00EF720C">
            <w:r>
              <w:t>__________________________________</w:t>
            </w:r>
          </w:p>
        </w:tc>
        <w:tc>
          <w:tcPr>
            <w:tcW w:w="5184" w:type="dxa"/>
          </w:tcPr>
          <w:p w14:paraId="36BAF218" w14:textId="2F9DC44E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Referring Provider Phone</w:t>
            </w:r>
            <w:r w:rsidR="00172C27">
              <w:rPr>
                <w:b/>
                <w:bCs/>
              </w:rPr>
              <w:t>:</w:t>
            </w:r>
          </w:p>
          <w:p w14:paraId="33D8F136" w14:textId="77162EAE" w:rsidR="00130E71" w:rsidRDefault="00EF720C">
            <w:r>
              <w:t>_____________________</w:t>
            </w:r>
            <w:r w:rsidR="00172C27">
              <w:t>_____________</w:t>
            </w:r>
          </w:p>
        </w:tc>
      </w:tr>
      <w:tr w:rsidR="00130E71" w14:paraId="1F904E23" w14:textId="77777777">
        <w:trPr>
          <w:jc w:val="center"/>
        </w:trPr>
        <w:tc>
          <w:tcPr>
            <w:tcW w:w="5184" w:type="dxa"/>
          </w:tcPr>
          <w:p w14:paraId="14C2E5F4" w14:textId="7336C763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Preferred Pharmacy</w:t>
            </w:r>
            <w:r w:rsidR="00172C27">
              <w:rPr>
                <w:b/>
                <w:bCs/>
              </w:rPr>
              <w:t>:</w:t>
            </w:r>
          </w:p>
          <w:p w14:paraId="3CC4D489" w14:textId="2909B39C" w:rsidR="00130E71" w:rsidRDefault="00EF720C">
            <w:r>
              <w:t>__________________________________</w:t>
            </w:r>
          </w:p>
        </w:tc>
        <w:tc>
          <w:tcPr>
            <w:tcW w:w="5184" w:type="dxa"/>
          </w:tcPr>
          <w:p w14:paraId="11F0AA5B" w14:textId="5280A659" w:rsidR="00172C27" w:rsidRPr="00172C27" w:rsidRDefault="00EF720C">
            <w:pPr>
              <w:rPr>
                <w:b/>
                <w:bCs/>
              </w:rPr>
            </w:pPr>
            <w:r w:rsidRPr="00172C27">
              <w:rPr>
                <w:b/>
                <w:bCs/>
              </w:rPr>
              <w:t>Pharmacy Phone</w:t>
            </w:r>
            <w:r w:rsidR="00172C27">
              <w:rPr>
                <w:b/>
                <w:bCs/>
              </w:rPr>
              <w:t>:</w:t>
            </w:r>
          </w:p>
          <w:p w14:paraId="661A71E5" w14:textId="743C3ED0" w:rsidR="00130E71" w:rsidRDefault="00EF720C">
            <w:r>
              <w:t>__________________________________</w:t>
            </w:r>
          </w:p>
        </w:tc>
      </w:tr>
    </w:tbl>
    <w:p w14:paraId="7E12566C" w14:textId="77777777" w:rsidR="00130E71" w:rsidRDefault="00EF720C">
      <w:pPr>
        <w:spacing w:before="100" w:after="40"/>
      </w:pPr>
      <w:r>
        <w:rPr>
          <w:b/>
          <w:sz w:val="21"/>
        </w:rPr>
        <w:t>REASON FOR VISIT &amp; GI SYMPTOMS</w:t>
      </w:r>
    </w:p>
    <w:p w14:paraId="726C8DF9" w14:textId="77777777" w:rsidR="00172C27" w:rsidRDefault="00EF720C">
      <w:r>
        <w:t xml:space="preserve">Reason for visit / chief concern: </w:t>
      </w:r>
    </w:p>
    <w:p w14:paraId="208A78E7" w14:textId="2C7A7F26" w:rsidR="00130E71" w:rsidRDefault="00EF720C">
      <w:r>
        <w:t>______________________________________________________________________________</w:t>
      </w:r>
    </w:p>
    <w:p w14:paraId="7B4CFF92" w14:textId="68C4F36E" w:rsidR="00130E71" w:rsidRDefault="00EF720C">
      <w:r>
        <w:t>☐</w:t>
      </w:r>
      <w:r>
        <w:t xml:space="preserve"> Abdominal pain   </w:t>
      </w:r>
      <w:r w:rsidR="00172C27">
        <w:t xml:space="preserve">     </w:t>
      </w:r>
      <w:r>
        <w:t>☐</w:t>
      </w:r>
      <w:r>
        <w:t xml:space="preserve"> Bloating  </w:t>
      </w:r>
      <w:r w:rsidR="00172C27">
        <w:t xml:space="preserve">     </w:t>
      </w:r>
      <w:r>
        <w:t xml:space="preserve"> ☐ Heartburn/reflux   </w:t>
      </w:r>
      <w:r w:rsidR="00172C27">
        <w:t xml:space="preserve">     </w:t>
      </w:r>
      <w:r>
        <w:t>☐</w:t>
      </w:r>
      <w:r>
        <w:t xml:space="preserve"> Difficulty swallowing </w:t>
      </w:r>
      <w:r w:rsidR="00172C27">
        <w:t xml:space="preserve">     </w:t>
      </w:r>
      <w:r>
        <w:t xml:space="preserve">  ☐ Nausea  </w:t>
      </w:r>
      <w:r w:rsidR="00172C27">
        <w:t xml:space="preserve">     </w:t>
      </w:r>
      <w:r>
        <w:t xml:space="preserve"> ☐ Vomiting</w:t>
      </w:r>
    </w:p>
    <w:p w14:paraId="53F57315" w14:textId="361C22E2" w:rsidR="00130E71" w:rsidRDefault="00EF720C">
      <w:r>
        <w:t>☐</w:t>
      </w:r>
      <w:r>
        <w:t xml:space="preserve"> Diarrhea   </w:t>
      </w:r>
      <w:r w:rsidR="00172C27">
        <w:t xml:space="preserve">     </w:t>
      </w:r>
      <w:r>
        <w:t>☐</w:t>
      </w:r>
      <w:r>
        <w:t xml:space="preserve"> Constipation  </w:t>
      </w:r>
      <w:r w:rsidR="00172C27">
        <w:t xml:space="preserve">     </w:t>
      </w:r>
      <w:r>
        <w:t xml:space="preserve"> ☐ Blood in stool   </w:t>
      </w:r>
      <w:r w:rsidR="00172C27">
        <w:t xml:space="preserve">     </w:t>
      </w:r>
      <w:r>
        <w:t>☐</w:t>
      </w:r>
      <w:r>
        <w:t xml:space="preserve"> Black stool   </w:t>
      </w:r>
      <w:r w:rsidR="00172C27">
        <w:t xml:space="preserve">     </w:t>
      </w:r>
      <w:r>
        <w:t>☐</w:t>
      </w:r>
      <w:r>
        <w:t xml:space="preserve"> Change in bowel habits </w:t>
      </w:r>
      <w:r w:rsidR="00172C27">
        <w:t xml:space="preserve">     </w:t>
      </w:r>
      <w:r>
        <w:t xml:space="preserve">  ☐ Rectal pain</w:t>
      </w:r>
    </w:p>
    <w:p w14:paraId="0A4CCDF7" w14:textId="1E666A1C" w:rsidR="00130E71" w:rsidRDefault="00EF720C">
      <w:r>
        <w:t>☐</w:t>
      </w:r>
      <w:r>
        <w:t xml:space="preserve"> Unintentional weight loss  </w:t>
      </w:r>
      <w:r w:rsidR="00172C27">
        <w:t xml:space="preserve">     </w:t>
      </w:r>
      <w:r>
        <w:t xml:space="preserve"> ☐ Poor appetite   </w:t>
      </w:r>
      <w:r w:rsidR="00172C27">
        <w:t xml:space="preserve">     </w:t>
      </w:r>
      <w:r>
        <w:t>☐</w:t>
      </w:r>
      <w:r>
        <w:t xml:space="preserve"> Jaundice  </w:t>
      </w:r>
      <w:r w:rsidR="00172C27">
        <w:t xml:space="preserve">     </w:t>
      </w:r>
      <w:r>
        <w:t xml:space="preserve"> ☐ Anemia   </w:t>
      </w:r>
      <w:r w:rsidR="00172C27">
        <w:t xml:space="preserve">     </w:t>
      </w:r>
      <w:r>
        <w:t>☐</w:t>
      </w:r>
      <w:r>
        <w:t xml:space="preserve"> Other: __________________</w:t>
      </w:r>
    </w:p>
    <w:p w14:paraId="3F862E55" w14:textId="355F46D7" w:rsidR="00130E71" w:rsidRDefault="00EF720C">
      <w:r>
        <w:t xml:space="preserve">Symptom onset/duration: __________________________  Bowel movements/day or week: </w:t>
      </w:r>
      <w:r w:rsidR="00172C27">
        <w:t>_</w:t>
      </w:r>
      <w:r>
        <w:t>____________________________</w:t>
      </w:r>
      <w:r w:rsidR="00172C27">
        <w:t>_</w:t>
      </w:r>
    </w:p>
    <w:p w14:paraId="19AC5629" w14:textId="77777777" w:rsidR="00130E71" w:rsidRDefault="00EF720C">
      <w:pPr>
        <w:spacing w:before="100" w:after="40"/>
      </w:pPr>
      <w:r>
        <w:rPr>
          <w:b/>
          <w:sz w:val="21"/>
        </w:rPr>
        <w:t>PRIOR GI TESTING</w:t>
      </w:r>
    </w:p>
    <w:p w14:paraId="03723039" w14:textId="77777777" w:rsidR="00130E71" w:rsidRDefault="00EF720C">
      <w:r>
        <w:t>Colonoscopy: ☐ No ☐ Yes  Date: __________ Facility/Physician: __________________ Findings/Polyps: __________________</w:t>
      </w:r>
    </w:p>
    <w:p w14:paraId="4EB0BF91" w14:textId="1EC3A883" w:rsidR="00130E71" w:rsidRDefault="00EF720C">
      <w:r>
        <w:t>Upper Endoscopy (EGD): ☐ No ☐ Yes  Date: __________ Findings: ________________________________________________</w:t>
      </w:r>
    </w:p>
    <w:p w14:paraId="6DB1F4BD" w14:textId="732D8BF6" w:rsidR="00130E71" w:rsidRDefault="00EF720C">
      <w:r>
        <w:t>Other GI testing/imaging: ______________________________________________________________________________________</w:t>
      </w:r>
      <w:r w:rsidR="00172C27">
        <w:t>_________________</w:t>
      </w:r>
    </w:p>
    <w:p w14:paraId="5F06F969" w14:textId="77777777" w:rsidR="00130E71" w:rsidRDefault="00EF720C">
      <w:pPr>
        <w:spacing w:before="100" w:after="40"/>
      </w:pPr>
      <w:r>
        <w:rPr>
          <w:b/>
          <w:sz w:val="21"/>
        </w:rPr>
        <w:t>MEDICAL HISTORY</w:t>
      </w:r>
    </w:p>
    <w:p w14:paraId="299B09A3" w14:textId="77777777" w:rsidR="00130E71" w:rsidRDefault="00EF720C">
      <w:r>
        <w:t>☐</w:t>
      </w:r>
      <w:r>
        <w:t xml:space="preserve"> High blood pressure   ☐ Heart disease   ☐ Diabetes   ☐ Kidney disease   ☐ Liver disease   ☐ Lung disease</w:t>
      </w:r>
    </w:p>
    <w:p w14:paraId="3BCD798C" w14:textId="77777777" w:rsidR="00130E71" w:rsidRDefault="00EF720C">
      <w:r>
        <w:t>☐</w:t>
      </w:r>
      <w:r>
        <w:t xml:space="preserve"> Bleeding/clotting disorder   ☐ Cancer   ☐ IBD/Crohn's/UC   ☐ Celiac disease   ☐ Pancreatitis   ☐ Gallbladder disease</w:t>
      </w:r>
    </w:p>
    <w:p w14:paraId="54BCC6B3" w14:textId="77777777" w:rsidR="00130E71" w:rsidRDefault="00EF720C">
      <w:r>
        <w:t>Other conditions: ______________________________________________________________________________________________</w:t>
      </w:r>
    </w:p>
    <w:p w14:paraId="691FAEDF" w14:textId="77777777" w:rsidR="00130E71" w:rsidRDefault="00EF720C">
      <w:pPr>
        <w:spacing w:before="100" w:after="40"/>
      </w:pPr>
      <w:r>
        <w:rPr>
          <w:b/>
          <w:sz w:val="21"/>
        </w:rPr>
        <w:t>SURGICAL / HOSPITAL HISTORY</w:t>
      </w:r>
    </w:p>
    <w:p w14:paraId="7F8485C9" w14:textId="77777777" w:rsidR="00130E71" w:rsidRDefault="00EF720C">
      <w:r>
        <w:t>Surgery / hospitalization / year: ______________________________________________________________________________</w:t>
      </w:r>
    </w:p>
    <w:p w14:paraId="1A0D7BFD" w14:textId="1E509AC5" w:rsidR="00130E71" w:rsidRDefault="00EF720C">
      <w:r>
        <w:t>_______________________________________________________________________________________________________</w:t>
      </w:r>
    </w:p>
    <w:p w14:paraId="125A5814" w14:textId="77777777" w:rsidR="00130E71" w:rsidRDefault="00EF720C">
      <w:pPr>
        <w:spacing w:before="100" w:after="40"/>
      </w:pPr>
      <w:r>
        <w:rPr>
          <w:b/>
          <w:sz w:val="21"/>
        </w:rPr>
        <w:lastRenderedPageBreak/>
        <w:t>MEDICATIONS &amp; ALLERGIES</w:t>
      </w:r>
    </w:p>
    <w:p w14:paraId="2EF1AF77" w14:textId="4A8B2FA6" w:rsidR="00130E71" w:rsidRDefault="00EF720C">
      <w:r>
        <w:t>Current medications (name/dose/frequency): _____________________________________________________________________</w:t>
      </w:r>
      <w:r w:rsidR="00172C27">
        <w:t>__________________________________</w:t>
      </w:r>
    </w:p>
    <w:p w14:paraId="08E5248D" w14:textId="3F72ACB7" w:rsidR="00130E71" w:rsidRDefault="00EF720C">
      <w:r>
        <w:t>_______________________________________________________________________________________________________</w:t>
      </w:r>
    </w:p>
    <w:p w14:paraId="59B7F12A" w14:textId="77777777" w:rsidR="00130E71" w:rsidRDefault="00EF720C">
      <w:r>
        <w:t>Medication/Food/Latex allergies and reaction: __________________________________________________________________</w:t>
      </w:r>
    </w:p>
    <w:p w14:paraId="00ABBE17" w14:textId="77777777" w:rsidR="00130E71" w:rsidRDefault="00EF720C">
      <w:pPr>
        <w:spacing w:before="100" w:after="40"/>
      </w:pPr>
      <w:r>
        <w:rPr>
          <w:b/>
          <w:sz w:val="21"/>
        </w:rPr>
        <w:t>FAMILY HISTORY</w:t>
      </w:r>
    </w:p>
    <w:p w14:paraId="57A82610" w14:textId="77777777" w:rsidR="00130E71" w:rsidRDefault="00EF720C">
      <w:r>
        <w:t>Family history (relationship): ☐ Colon cancer __________ ☐ Colon polyps __________ ☐ IBD __________ ☐ Celiac __________</w:t>
      </w:r>
    </w:p>
    <w:p w14:paraId="68C90602" w14:textId="50D82916" w:rsidR="00130E71" w:rsidRDefault="00EF720C">
      <w:r>
        <w:t>☐</w:t>
      </w:r>
      <w:r>
        <w:t xml:space="preserve"> Liver disease _______</w:t>
      </w:r>
      <w:r>
        <w:t xml:space="preserve"> ☐ Pancreatic cancer ________</w:t>
      </w:r>
      <w:r w:rsidR="00172C27">
        <w:t xml:space="preserve"> </w:t>
      </w:r>
      <w:r>
        <w:t>☐</w:t>
      </w:r>
      <w:r>
        <w:t xml:space="preserve"> Stomach/esophageal cancer _______</w:t>
      </w:r>
      <w:r>
        <w:t xml:space="preserve"> ☐ Other __________</w:t>
      </w:r>
    </w:p>
    <w:p w14:paraId="02F86A00" w14:textId="77777777" w:rsidR="00130E71" w:rsidRDefault="00EF720C">
      <w:pPr>
        <w:spacing w:before="100" w:after="40"/>
      </w:pPr>
      <w:r>
        <w:rPr>
          <w:b/>
          <w:sz w:val="21"/>
        </w:rPr>
        <w:t>SOCIAL HISTORY</w:t>
      </w:r>
    </w:p>
    <w:p w14:paraId="0F072B5D" w14:textId="7780BEFE" w:rsidR="00130E71" w:rsidRDefault="00EF720C">
      <w:r>
        <w:t>Tobacco: ☐ Never ☐ Former ☐ Current   Amount: __________   Alcohol: ☐ None ☐ Yes, amount/frequency: ___________</w:t>
      </w:r>
    </w:p>
    <w:p w14:paraId="21174C75" w14:textId="77777777" w:rsidR="00130E71" w:rsidRDefault="00EF720C">
      <w:r>
        <w:t>Recreational substances: ☐ No ☐ Yes: __________________________   Pregnancy possibility (if applicable): ☐ No ☐ Yes</w:t>
      </w:r>
    </w:p>
    <w:p w14:paraId="15DCDB6E" w14:textId="77777777" w:rsidR="00130E71" w:rsidRDefault="00EF720C">
      <w:pPr>
        <w:spacing w:before="100" w:after="40"/>
      </w:pPr>
      <w:r>
        <w:rPr>
          <w:b/>
          <w:sz w:val="21"/>
        </w:rPr>
        <w:t>PATIENT CONFIRMATION</w:t>
      </w:r>
    </w:p>
    <w:p w14:paraId="54DAC3E8" w14:textId="77777777" w:rsidR="00130E71" w:rsidRDefault="00EF720C">
      <w:r>
        <w:t>I certify that the information above is accurate and complete to the best of my knowledge.</w:t>
      </w:r>
    </w:p>
    <w:p w14:paraId="679A76EB" w14:textId="77777777" w:rsidR="00130E71" w:rsidRDefault="00EF720C">
      <w:pPr>
        <w:spacing w:before="100" w:after="40"/>
        <w:rPr>
          <w:b/>
          <w:sz w:val="21"/>
        </w:rPr>
      </w:pPr>
      <w:r>
        <w:rPr>
          <w:b/>
          <w:sz w:val="21"/>
        </w:rPr>
        <w:t>SIGNATURE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130E71" w14:paraId="53664212" w14:textId="77777777">
        <w:trPr>
          <w:jc w:val="center"/>
        </w:trPr>
        <w:tc>
          <w:tcPr>
            <w:tcW w:w="5184" w:type="dxa"/>
          </w:tcPr>
          <w:p w14:paraId="03DAF073" w14:textId="26245E1A" w:rsidR="00172C27" w:rsidRPr="00172C27" w:rsidRDefault="00EF720C" w:rsidP="00172C27">
            <w:pPr>
              <w:ind w:left="-108"/>
              <w:rPr>
                <w:b/>
                <w:bCs/>
              </w:rPr>
            </w:pPr>
            <w:r w:rsidRPr="00172C27">
              <w:rPr>
                <w:b/>
                <w:bCs/>
              </w:rPr>
              <w:t>Patient/Authorized Representative Signature</w:t>
            </w:r>
            <w:r w:rsidR="00172C27">
              <w:rPr>
                <w:b/>
                <w:bCs/>
              </w:rPr>
              <w:t>:</w:t>
            </w:r>
          </w:p>
          <w:p w14:paraId="2BD0F4D5" w14:textId="793BBD52" w:rsidR="00130E71" w:rsidRDefault="00EF720C" w:rsidP="00172C27">
            <w:pPr>
              <w:ind w:left="-108"/>
            </w:pPr>
            <w:r>
              <w:br/>
              <w:t>__________________________________</w:t>
            </w:r>
          </w:p>
        </w:tc>
        <w:tc>
          <w:tcPr>
            <w:tcW w:w="5184" w:type="dxa"/>
          </w:tcPr>
          <w:p w14:paraId="1E4DABE5" w14:textId="5C3AC12B" w:rsidR="00172C27" w:rsidRPr="00172C27" w:rsidRDefault="00EF720C" w:rsidP="00172C27">
            <w:pPr>
              <w:ind w:left="-108"/>
              <w:rPr>
                <w:b/>
                <w:bCs/>
              </w:rPr>
            </w:pPr>
            <w:r w:rsidRPr="00172C27">
              <w:rPr>
                <w:b/>
                <w:bCs/>
              </w:rPr>
              <w:t>Date</w:t>
            </w:r>
            <w:r w:rsidR="00172C27">
              <w:rPr>
                <w:b/>
                <w:bCs/>
              </w:rPr>
              <w:t>:</w:t>
            </w:r>
          </w:p>
          <w:p w14:paraId="0A4D5298" w14:textId="0147106C" w:rsidR="00130E71" w:rsidRDefault="00EF720C" w:rsidP="00172C27">
            <w:pPr>
              <w:ind w:left="-108"/>
            </w:pPr>
            <w:r>
              <w:br/>
              <w:t>__________________________________</w:t>
            </w:r>
          </w:p>
        </w:tc>
      </w:tr>
      <w:tr w:rsidR="00130E71" w14:paraId="601EABFA" w14:textId="77777777">
        <w:trPr>
          <w:jc w:val="center"/>
        </w:trPr>
        <w:tc>
          <w:tcPr>
            <w:tcW w:w="5184" w:type="dxa"/>
          </w:tcPr>
          <w:p w14:paraId="2E88A33A" w14:textId="55117187" w:rsidR="00172C27" w:rsidRPr="00172C27" w:rsidRDefault="00EF720C" w:rsidP="00172C27">
            <w:pPr>
              <w:ind w:left="-108"/>
              <w:rPr>
                <w:b/>
                <w:bCs/>
              </w:rPr>
            </w:pPr>
            <w:r w:rsidRPr="00172C27">
              <w:rPr>
                <w:b/>
                <w:bCs/>
              </w:rPr>
              <w:t>Printed Name</w:t>
            </w:r>
            <w:r w:rsidR="00172C27">
              <w:rPr>
                <w:b/>
                <w:bCs/>
              </w:rPr>
              <w:t>:</w:t>
            </w:r>
          </w:p>
          <w:p w14:paraId="150196DE" w14:textId="24C82D90" w:rsidR="00130E71" w:rsidRDefault="00EF720C" w:rsidP="00172C27">
            <w:pPr>
              <w:ind w:left="-108"/>
            </w:pPr>
            <w:r>
              <w:br/>
            </w:r>
            <w:r>
              <w:t>__________________________________</w:t>
            </w:r>
          </w:p>
        </w:tc>
        <w:tc>
          <w:tcPr>
            <w:tcW w:w="5184" w:type="dxa"/>
          </w:tcPr>
          <w:p w14:paraId="26765EEC" w14:textId="193D18E5" w:rsidR="00172C27" w:rsidRPr="00172C27" w:rsidRDefault="00EF720C" w:rsidP="00172C27">
            <w:pPr>
              <w:ind w:left="-108"/>
              <w:rPr>
                <w:b/>
                <w:bCs/>
              </w:rPr>
            </w:pPr>
            <w:r w:rsidRPr="00172C27">
              <w:rPr>
                <w:b/>
                <w:bCs/>
              </w:rPr>
              <w:t>Relationship to Patient</w:t>
            </w:r>
            <w:r w:rsidR="00172C27">
              <w:rPr>
                <w:b/>
                <w:bCs/>
              </w:rPr>
              <w:t>:</w:t>
            </w:r>
          </w:p>
          <w:p w14:paraId="79056C75" w14:textId="4AEAA2DA" w:rsidR="00130E71" w:rsidRDefault="00EF720C" w:rsidP="00172C27">
            <w:pPr>
              <w:ind w:left="-108"/>
            </w:pPr>
            <w:r>
              <w:br/>
              <w:t>__________________________________</w:t>
            </w:r>
          </w:p>
        </w:tc>
      </w:tr>
    </w:tbl>
    <w:p w14:paraId="13B8902E" w14:textId="77777777" w:rsidR="00EF720C" w:rsidRDefault="00EF720C"/>
    <w:sectPr w:rsidR="00EF720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A692B" w14:textId="77777777" w:rsidR="00EF720C" w:rsidRDefault="00EF720C">
      <w:pPr>
        <w:spacing w:after="0" w:line="240" w:lineRule="auto"/>
      </w:pPr>
      <w:r>
        <w:separator/>
      </w:r>
    </w:p>
  </w:endnote>
  <w:endnote w:type="continuationSeparator" w:id="0">
    <w:p w14:paraId="43D84B62" w14:textId="77777777" w:rsidR="00EF720C" w:rsidRDefault="00EF7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B66D2" w14:textId="77777777" w:rsidR="00130E71" w:rsidRDefault="00EF720C">
    <w:pPr>
      <w:pStyle w:val="Footer"/>
      <w:jc w:val="center"/>
    </w:pPr>
    <w:r>
      <w:rPr>
        <w:i/>
        <w:sz w:val="16"/>
      </w:rPr>
      <w:t>Created by Alta Practice Partners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ABD7E" w14:textId="77777777" w:rsidR="00EF720C" w:rsidRDefault="00EF720C">
      <w:pPr>
        <w:spacing w:after="0" w:line="240" w:lineRule="auto"/>
      </w:pPr>
      <w:r>
        <w:separator/>
      </w:r>
    </w:p>
  </w:footnote>
  <w:footnote w:type="continuationSeparator" w:id="0">
    <w:p w14:paraId="5E7E7CE3" w14:textId="77777777" w:rsidR="00EF720C" w:rsidRDefault="00EF7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9703762">
    <w:abstractNumId w:val="8"/>
  </w:num>
  <w:num w:numId="2" w16cid:durableId="1704094929">
    <w:abstractNumId w:val="6"/>
  </w:num>
  <w:num w:numId="3" w16cid:durableId="1977252254">
    <w:abstractNumId w:val="5"/>
  </w:num>
  <w:num w:numId="4" w16cid:durableId="536507586">
    <w:abstractNumId w:val="4"/>
  </w:num>
  <w:num w:numId="5" w16cid:durableId="961964323">
    <w:abstractNumId w:val="7"/>
  </w:num>
  <w:num w:numId="6" w16cid:durableId="2057969543">
    <w:abstractNumId w:val="3"/>
  </w:num>
  <w:num w:numId="7" w16cid:durableId="426658641">
    <w:abstractNumId w:val="2"/>
  </w:num>
  <w:num w:numId="8" w16cid:durableId="32312404">
    <w:abstractNumId w:val="1"/>
  </w:num>
  <w:num w:numId="9" w16cid:durableId="1933509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0E71"/>
    <w:rsid w:val="0015074B"/>
    <w:rsid w:val="00172C27"/>
    <w:rsid w:val="0029639D"/>
    <w:rsid w:val="00326F90"/>
    <w:rsid w:val="009C0E14"/>
    <w:rsid w:val="009E17A4"/>
    <w:rsid w:val="00AA1D8D"/>
    <w:rsid w:val="00B47730"/>
    <w:rsid w:val="00CB0664"/>
    <w:rsid w:val="00EF72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946C21"/>
  <w14:defaultImageDpi w14:val="300"/>
  <w15:docId w15:val="{D73537B2-9C44-4408-9ED5-B8904BE4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Bryan Williamson</cp:lastModifiedBy>
  <cp:revision>2</cp:revision>
  <dcterms:created xsi:type="dcterms:W3CDTF">2026-09-21T16:44:00Z</dcterms:created>
  <dcterms:modified xsi:type="dcterms:W3CDTF">2026-09-21T16:44:00Z</dcterms:modified>
  <cp:category/>
</cp:coreProperties>
</file>