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7722B" w14:textId="77777777" w:rsidR="00F22626" w:rsidRDefault="00F22626">
      <w:pPr>
        <w:jc w:val="center"/>
        <w:rPr>
          <w:b/>
          <w:sz w:val="26"/>
        </w:rPr>
      </w:pPr>
      <w:r w:rsidRPr="00F22626">
        <w:rPr>
          <w:b/>
          <w:noProof/>
          <w:sz w:val="30"/>
        </w:rPr>
        <w:drawing>
          <wp:inline distT="0" distB="0" distL="0" distR="0" wp14:anchorId="438624EA" wp14:editId="66863CA3">
            <wp:extent cx="2339340" cy="1272674"/>
            <wp:effectExtent l="0" t="0" r="3810" b="3810"/>
            <wp:docPr id="929026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2115" cy="1279624"/>
                    </a:xfrm>
                    <a:prstGeom prst="rect">
                      <a:avLst/>
                    </a:prstGeom>
                    <a:noFill/>
                    <a:ln>
                      <a:noFill/>
                    </a:ln>
                  </pic:spPr>
                </pic:pic>
              </a:graphicData>
            </a:graphic>
          </wp:inline>
        </w:drawing>
      </w:r>
    </w:p>
    <w:p w14:paraId="500B548D" w14:textId="2671A519" w:rsidR="00335E59" w:rsidRDefault="00683177">
      <w:pPr>
        <w:jc w:val="center"/>
        <w:rPr>
          <w:b/>
          <w:sz w:val="26"/>
        </w:rPr>
      </w:pPr>
      <w:r>
        <w:rPr>
          <w:b/>
          <w:sz w:val="26"/>
        </w:rPr>
        <w:t>AUTHORIZATION FOR RELEASE / DISCLOSURE OF MEDICAL INFORMATION</w:t>
      </w:r>
    </w:p>
    <w:p w14:paraId="5DB784FB" w14:textId="77777777" w:rsidR="00335E59" w:rsidRDefault="00683177">
      <w:r>
        <w:t>Patient Name: ______________________________________________   Date of Birth: __________________</w:t>
      </w:r>
    </w:p>
    <w:p w14:paraId="64757044" w14:textId="77777777" w:rsidR="00335E59" w:rsidRDefault="00683177">
      <w:r>
        <w:t>Address: ___________________________________________________   Phone: __________________________</w:t>
      </w:r>
    </w:p>
    <w:p w14:paraId="0860CDCD" w14:textId="77777777" w:rsidR="00335E59" w:rsidRDefault="00683177">
      <w:pPr>
        <w:spacing w:before="100" w:after="40"/>
      </w:pPr>
      <w:r>
        <w:rPr>
          <w:b/>
          <w:sz w:val="21"/>
        </w:rPr>
        <w:t>RECORDS FROM / TO</w:t>
      </w:r>
    </w:p>
    <w:p w14:paraId="04C3F6EF" w14:textId="5E65E33F" w:rsidR="00335E59" w:rsidRDefault="00683177">
      <w:r>
        <w:t>☐</w:t>
      </w:r>
      <w:r>
        <w:t xml:space="preserve"> RELEASE FROM: _____________________________________________  Phone/Fax: </w:t>
      </w:r>
      <w:r>
        <w:t>_____________________________</w:t>
      </w:r>
    </w:p>
    <w:p w14:paraId="6CE4F0E9" w14:textId="77B3AD22" w:rsidR="00335E59" w:rsidRDefault="00683177">
      <w:r>
        <w:t>☐</w:t>
      </w:r>
      <w:r>
        <w:t xml:space="preserve"> RELEASE TO:   _____________________________________________  Phone/Fax: </w:t>
      </w:r>
      <w:r>
        <w:t>_______________________________</w:t>
      </w:r>
    </w:p>
    <w:p w14:paraId="25FAFC6E" w14:textId="531F8837" w:rsidR="00335E59" w:rsidRDefault="00683177">
      <w:r>
        <w:t>Address: _____________________________________________________________________________</w:t>
      </w:r>
      <w:r>
        <w:t>_________________________</w:t>
      </w:r>
    </w:p>
    <w:p w14:paraId="28B2BD16" w14:textId="77777777" w:rsidR="00335E59" w:rsidRDefault="00683177">
      <w:pPr>
        <w:spacing w:before="100" w:after="40"/>
      </w:pPr>
      <w:r>
        <w:rPr>
          <w:b/>
          <w:sz w:val="21"/>
        </w:rPr>
        <w:t>INFORMATION AUTHORIZED</w:t>
      </w:r>
    </w:p>
    <w:p w14:paraId="6C0CC683" w14:textId="77777777" w:rsidR="00335E59" w:rsidRDefault="00683177">
      <w:r>
        <w:t>☐</w:t>
      </w:r>
      <w:r>
        <w:t xml:space="preserve"> Entire medical record   ☐ GI office notes   ☐ Lab results   ☐ Imaging   ☐ Pathology   ☐ Procedure reports</w:t>
      </w:r>
    </w:p>
    <w:p w14:paraId="41288168" w14:textId="77777777" w:rsidR="00335E59" w:rsidRDefault="00683177">
      <w:r>
        <w:t>☐</w:t>
      </w:r>
      <w:r>
        <w:t xml:space="preserve"> Colonoscopy reports   ☐ EGD reports   ☐ Medication list   ☐ Billing records   ☐ Other: __________________________</w:t>
      </w:r>
    </w:p>
    <w:p w14:paraId="18383824" w14:textId="77777777" w:rsidR="00F22626" w:rsidRDefault="00683177">
      <w:r>
        <w:t xml:space="preserve">Date(s) of service / date range: </w:t>
      </w:r>
    </w:p>
    <w:p w14:paraId="49F94953" w14:textId="7BB98BE1" w:rsidR="00335E59" w:rsidRDefault="00683177">
      <w:r>
        <w:t>________________________________________________________________________________</w:t>
      </w:r>
    </w:p>
    <w:p w14:paraId="7B7EC71F" w14:textId="77777777" w:rsidR="00335E59" w:rsidRDefault="00683177">
      <w:pPr>
        <w:spacing w:before="100" w:after="40"/>
      </w:pPr>
      <w:r>
        <w:rPr>
          <w:b/>
          <w:sz w:val="21"/>
        </w:rPr>
        <w:t>PURPOSE</w:t>
      </w:r>
    </w:p>
    <w:p w14:paraId="49A9E586" w14:textId="0168702B" w:rsidR="00335E59" w:rsidRDefault="00683177">
      <w:r>
        <w:t>☐</w:t>
      </w:r>
      <w:r>
        <w:t xml:space="preserve"> Continuity of care   </w:t>
      </w:r>
      <w:r w:rsidR="00F22626">
        <w:t xml:space="preserve">     </w:t>
      </w:r>
      <w:r>
        <w:t>☐</w:t>
      </w:r>
      <w:r>
        <w:t xml:space="preserve"> Personal use  </w:t>
      </w:r>
      <w:r w:rsidR="00F22626">
        <w:t xml:space="preserve">     </w:t>
      </w:r>
      <w:r>
        <w:t xml:space="preserve"> ☐ Insurance  </w:t>
      </w:r>
      <w:r w:rsidR="00F22626">
        <w:t xml:space="preserve">     </w:t>
      </w:r>
      <w:r>
        <w:t xml:space="preserve"> ☐ Legal   ☐ Other: ______________________________</w:t>
      </w:r>
    </w:p>
    <w:p w14:paraId="15D729DD" w14:textId="77777777" w:rsidR="00335E59" w:rsidRDefault="00683177">
      <w:pPr>
        <w:spacing w:before="100" w:after="40"/>
      </w:pPr>
      <w:r>
        <w:rPr>
          <w:b/>
          <w:sz w:val="21"/>
        </w:rPr>
        <w:t>METHOD OF DELIVERY</w:t>
      </w:r>
    </w:p>
    <w:p w14:paraId="7A6DB123" w14:textId="5C168D99" w:rsidR="00335E59" w:rsidRDefault="00683177">
      <w:r>
        <w:t>☐</w:t>
      </w:r>
      <w:r>
        <w:t xml:space="preserve"> Fax   </w:t>
      </w:r>
      <w:r w:rsidR="00F22626">
        <w:t xml:space="preserve">    </w:t>
      </w:r>
      <w:r>
        <w:t>☐</w:t>
      </w:r>
      <w:r>
        <w:t xml:space="preserve"> Secure electronic transmission  </w:t>
      </w:r>
      <w:r w:rsidR="00F22626">
        <w:t xml:space="preserve">    </w:t>
      </w:r>
      <w:r>
        <w:t xml:space="preserve"> ☐ Mail   </w:t>
      </w:r>
      <w:r w:rsidR="00F22626">
        <w:t xml:space="preserve">    </w:t>
      </w:r>
      <w:r>
        <w:t>☐</w:t>
      </w:r>
      <w:r>
        <w:t xml:space="preserve"> Pick up  </w:t>
      </w:r>
      <w:r w:rsidR="00F22626">
        <w:t xml:space="preserve">   </w:t>
      </w:r>
      <w:r>
        <w:t xml:space="preserve"> ☐ Other: ______________________________</w:t>
      </w:r>
    </w:p>
    <w:p w14:paraId="5D319236" w14:textId="77777777" w:rsidR="00335E59" w:rsidRDefault="00683177">
      <w:pPr>
        <w:spacing w:before="100" w:after="40"/>
      </w:pPr>
      <w:r>
        <w:rPr>
          <w:b/>
          <w:sz w:val="21"/>
        </w:rPr>
        <w:t>AUTHORIZATION TERMS</w:t>
      </w:r>
    </w:p>
    <w:p w14:paraId="51C2FD41" w14:textId="77777777" w:rsidR="00335E59" w:rsidRDefault="00683177">
      <w:r>
        <w:t>I understand that this authorization is voluntary. I may revoke it in writing at any time, except to the extent that action has already been taken in reliance on it. Unless I specify an earlier date or event, this authorization expires one year from the date signed. Information disclosed pursuant to this authorization may be subject to redisclosure by the recipient and may no longer be protected by federal privacy rules, except where other law continues to protect it.</w:t>
      </w:r>
    </w:p>
    <w:p w14:paraId="407A8612" w14:textId="77777777" w:rsidR="00335E59" w:rsidRDefault="00683177">
      <w:r>
        <w:t>This authorization does not automatically authorize disclosure of specially protected records when a separate or more specific authorization is required by applicable federal or California law. The practice will obtain any additional authorization required for such information.</w:t>
      </w:r>
    </w:p>
    <w:p w14:paraId="37764A1D" w14:textId="77777777" w:rsidR="00335E59" w:rsidRDefault="00683177">
      <w:r>
        <w:t>I understand that treatment, payment, enrollment, or eligibility for benefits generally may not be conditioned on signing this authorization except as permitted by law.</w:t>
      </w:r>
    </w:p>
    <w:p w14:paraId="500611C0" w14:textId="77777777" w:rsidR="00335E59" w:rsidRDefault="00683177">
      <w:pPr>
        <w:spacing w:before="100" w:after="40"/>
      </w:pPr>
      <w:r>
        <w:rPr>
          <w:b/>
          <w:sz w:val="21"/>
        </w:rPr>
        <w:t>SIGNATURE</w:t>
      </w:r>
    </w:p>
    <w:tbl>
      <w:tblPr>
        <w:tblW w:w="0" w:type="auto"/>
        <w:jc w:val="center"/>
        <w:tblLayout w:type="fixed"/>
        <w:tblLook w:val="04A0" w:firstRow="1" w:lastRow="0" w:firstColumn="1" w:lastColumn="0" w:noHBand="0" w:noVBand="1"/>
      </w:tblPr>
      <w:tblGrid>
        <w:gridCol w:w="5184"/>
        <w:gridCol w:w="5184"/>
      </w:tblGrid>
      <w:tr w:rsidR="00335E59" w14:paraId="7DE7AA60" w14:textId="77777777">
        <w:trPr>
          <w:jc w:val="center"/>
        </w:trPr>
        <w:tc>
          <w:tcPr>
            <w:tcW w:w="5184" w:type="dxa"/>
          </w:tcPr>
          <w:p w14:paraId="4CC77768" w14:textId="372B740C" w:rsidR="00F22626" w:rsidRPr="00F22626" w:rsidRDefault="00683177" w:rsidP="00F22626">
            <w:pPr>
              <w:ind w:left="-108"/>
              <w:rPr>
                <w:b/>
                <w:bCs/>
              </w:rPr>
            </w:pPr>
            <w:r w:rsidRPr="00F22626">
              <w:rPr>
                <w:b/>
                <w:bCs/>
              </w:rPr>
              <w:t>Patient/Authorized Representative Signature</w:t>
            </w:r>
            <w:r w:rsidR="00F22626">
              <w:rPr>
                <w:b/>
                <w:bCs/>
              </w:rPr>
              <w:t>:</w:t>
            </w:r>
          </w:p>
          <w:p w14:paraId="13E3DD14" w14:textId="19D94B9E" w:rsidR="00335E59" w:rsidRDefault="00683177" w:rsidP="00F22626">
            <w:pPr>
              <w:ind w:left="-108"/>
            </w:pPr>
            <w:r>
              <w:t>__________________________________</w:t>
            </w:r>
            <w:r w:rsidR="00F22626">
              <w:t>____</w:t>
            </w:r>
          </w:p>
        </w:tc>
        <w:tc>
          <w:tcPr>
            <w:tcW w:w="5184" w:type="dxa"/>
          </w:tcPr>
          <w:p w14:paraId="4D8E3D87" w14:textId="62DD8F7C" w:rsidR="00F22626" w:rsidRPr="00F22626" w:rsidRDefault="00683177" w:rsidP="00F22626">
            <w:pPr>
              <w:ind w:left="-108"/>
              <w:rPr>
                <w:b/>
                <w:bCs/>
              </w:rPr>
            </w:pPr>
            <w:r w:rsidRPr="00F22626">
              <w:rPr>
                <w:b/>
                <w:bCs/>
              </w:rPr>
              <w:t>Date</w:t>
            </w:r>
            <w:r w:rsidR="00F22626">
              <w:rPr>
                <w:b/>
                <w:bCs/>
              </w:rPr>
              <w:t>:</w:t>
            </w:r>
          </w:p>
          <w:p w14:paraId="27A4F214" w14:textId="02FCD555" w:rsidR="00335E59" w:rsidRDefault="00683177" w:rsidP="00F22626">
            <w:pPr>
              <w:ind w:left="-108"/>
            </w:pPr>
            <w:r>
              <w:t>__________________________________</w:t>
            </w:r>
          </w:p>
        </w:tc>
      </w:tr>
      <w:tr w:rsidR="00335E59" w14:paraId="2F02C037" w14:textId="77777777">
        <w:trPr>
          <w:jc w:val="center"/>
        </w:trPr>
        <w:tc>
          <w:tcPr>
            <w:tcW w:w="5184" w:type="dxa"/>
          </w:tcPr>
          <w:p w14:paraId="05C5F3E9" w14:textId="190FD417" w:rsidR="00F22626" w:rsidRPr="00F22626" w:rsidRDefault="00683177" w:rsidP="00F22626">
            <w:pPr>
              <w:ind w:left="-108"/>
              <w:rPr>
                <w:b/>
                <w:bCs/>
              </w:rPr>
            </w:pPr>
            <w:r w:rsidRPr="00F22626">
              <w:rPr>
                <w:b/>
                <w:bCs/>
              </w:rPr>
              <w:t>Printed Name</w:t>
            </w:r>
            <w:r w:rsidR="00F22626">
              <w:rPr>
                <w:b/>
                <w:bCs/>
              </w:rPr>
              <w:t>:</w:t>
            </w:r>
          </w:p>
          <w:p w14:paraId="3B801F29" w14:textId="5ACD8790" w:rsidR="00335E59" w:rsidRDefault="00683177" w:rsidP="00F22626">
            <w:pPr>
              <w:ind w:left="-108"/>
            </w:pPr>
            <w:r>
              <w:t>__________________________________</w:t>
            </w:r>
            <w:r w:rsidR="00F22626">
              <w:t>____</w:t>
            </w:r>
          </w:p>
        </w:tc>
        <w:tc>
          <w:tcPr>
            <w:tcW w:w="5184" w:type="dxa"/>
          </w:tcPr>
          <w:p w14:paraId="25436B5A" w14:textId="0F484722" w:rsidR="00F22626" w:rsidRPr="00F22626" w:rsidRDefault="00683177" w:rsidP="00F22626">
            <w:pPr>
              <w:ind w:left="-108"/>
              <w:rPr>
                <w:b/>
                <w:bCs/>
              </w:rPr>
            </w:pPr>
            <w:r w:rsidRPr="00F22626">
              <w:rPr>
                <w:b/>
                <w:bCs/>
              </w:rPr>
              <w:t>Relationship to Patient</w:t>
            </w:r>
            <w:r w:rsidR="00F22626">
              <w:rPr>
                <w:b/>
                <w:bCs/>
              </w:rPr>
              <w:t>:</w:t>
            </w:r>
          </w:p>
          <w:p w14:paraId="3D382C28" w14:textId="267A26B3" w:rsidR="00335E59" w:rsidRDefault="00683177" w:rsidP="00F22626">
            <w:pPr>
              <w:ind w:left="-108"/>
            </w:pPr>
            <w:r>
              <w:t>__________________________________</w:t>
            </w:r>
          </w:p>
        </w:tc>
      </w:tr>
    </w:tbl>
    <w:p w14:paraId="1794D4FA" w14:textId="77777777" w:rsidR="00683177" w:rsidRDefault="00683177"/>
    <w:sectPr w:rsidR="00683177" w:rsidSect="00F22626">
      <w:footerReference w:type="default" r:id="rId9"/>
      <w:pgSz w:w="12240" w:h="15840"/>
      <w:pgMar w:top="432" w:right="936" w:bottom="43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95CE5" w14:textId="77777777" w:rsidR="00683177" w:rsidRDefault="00683177">
      <w:pPr>
        <w:spacing w:after="0" w:line="240" w:lineRule="auto"/>
      </w:pPr>
      <w:r>
        <w:separator/>
      </w:r>
    </w:p>
  </w:endnote>
  <w:endnote w:type="continuationSeparator" w:id="0">
    <w:p w14:paraId="31432926" w14:textId="77777777" w:rsidR="00683177" w:rsidRDefault="00683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6700C" w14:textId="77777777" w:rsidR="00335E59" w:rsidRDefault="00683177">
    <w:pPr>
      <w:pStyle w:val="Footer"/>
      <w:jc w:val="center"/>
    </w:pPr>
    <w:r>
      <w:rPr>
        <w:i/>
        <w:sz w:val="16"/>
      </w:rPr>
      <w:t>Created by Alta Practice Partners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94F14" w14:textId="77777777" w:rsidR="00683177" w:rsidRDefault="00683177">
      <w:pPr>
        <w:spacing w:after="0" w:line="240" w:lineRule="auto"/>
      </w:pPr>
      <w:r>
        <w:separator/>
      </w:r>
    </w:p>
  </w:footnote>
  <w:footnote w:type="continuationSeparator" w:id="0">
    <w:p w14:paraId="13992350" w14:textId="77777777" w:rsidR="00683177" w:rsidRDefault="006831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4710107">
    <w:abstractNumId w:val="8"/>
  </w:num>
  <w:num w:numId="2" w16cid:durableId="301080662">
    <w:abstractNumId w:val="6"/>
  </w:num>
  <w:num w:numId="3" w16cid:durableId="1577128421">
    <w:abstractNumId w:val="5"/>
  </w:num>
  <w:num w:numId="4" w16cid:durableId="2144736359">
    <w:abstractNumId w:val="4"/>
  </w:num>
  <w:num w:numId="5" w16cid:durableId="603851882">
    <w:abstractNumId w:val="7"/>
  </w:num>
  <w:num w:numId="6" w16cid:durableId="778600422">
    <w:abstractNumId w:val="3"/>
  </w:num>
  <w:num w:numId="7" w16cid:durableId="697698234">
    <w:abstractNumId w:val="2"/>
  </w:num>
  <w:num w:numId="8" w16cid:durableId="1435789375">
    <w:abstractNumId w:val="1"/>
  </w:num>
  <w:num w:numId="9" w16cid:durableId="1670020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5E59"/>
    <w:rsid w:val="00683177"/>
    <w:rsid w:val="00984438"/>
    <w:rsid w:val="00AA1D8D"/>
    <w:rsid w:val="00B47730"/>
    <w:rsid w:val="00CB0664"/>
    <w:rsid w:val="00F2262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F579D4"/>
  <w14:defaultImageDpi w14:val="300"/>
  <w15:docId w15:val="{64C65579-1764-4156-A597-D6BDC4D53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Bryan Williamson</cp:lastModifiedBy>
  <cp:revision>2</cp:revision>
  <dcterms:created xsi:type="dcterms:W3CDTF">2026-09-21T16:50:00Z</dcterms:created>
  <dcterms:modified xsi:type="dcterms:W3CDTF">2026-09-21T16:50:00Z</dcterms:modified>
  <cp:category/>
</cp:coreProperties>
</file>